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6B063" w14:textId="77777777" w:rsidR="00475F55" w:rsidRPr="006C45B5" w:rsidRDefault="00475F55" w:rsidP="00475F55">
      <w:pPr>
        <w:rPr>
          <w:rFonts w:ascii="BC Sans" w:hAnsi="BC Sans" w:cs="Arial"/>
          <w:iCs/>
          <w:color w:val="EE0000"/>
          <w:sz w:val="24"/>
          <w:szCs w:val="24"/>
        </w:rPr>
      </w:pPr>
      <w:r w:rsidRPr="006C45B5">
        <w:rPr>
          <w:rFonts w:ascii="BC Sans" w:hAnsi="BC Sans" w:cs="Arial"/>
          <w:iCs/>
          <w:color w:val="EE0000"/>
          <w:sz w:val="24"/>
          <w:szCs w:val="24"/>
        </w:rPr>
        <w:t>[Insert Community Logo / Letterhead here]</w:t>
      </w:r>
    </w:p>
    <w:p w14:paraId="33D3E035" w14:textId="72B981E8" w:rsidR="00F130EB" w:rsidRPr="00651D86" w:rsidRDefault="00C32FC5" w:rsidP="006C45B5">
      <w:pPr>
        <w:spacing w:after="360" w:line="240" w:lineRule="auto"/>
        <w:rPr>
          <w:rFonts w:ascii="BC Sans" w:eastAsiaTheme="majorEastAsia" w:hAnsi="BC Sans" w:cstheme="majorBidi"/>
          <w:color w:val="0F4761"/>
          <w:spacing w:val="-10"/>
          <w:kern w:val="28"/>
          <w:sz w:val="56"/>
          <w:szCs w:val="56"/>
          <w:lang w:val="en-CA"/>
          <w14:ligatures w14:val="standardContextual"/>
        </w:rPr>
      </w:pPr>
      <w:r w:rsidRPr="00651D86">
        <w:rPr>
          <w:rFonts w:ascii="BC Sans" w:eastAsiaTheme="majorEastAsia" w:hAnsi="BC Sans" w:cstheme="majorBidi"/>
          <w:color w:val="0F4761"/>
          <w:spacing w:val="-10"/>
          <w:kern w:val="28"/>
          <w:sz w:val="56"/>
          <w:szCs w:val="56"/>
          <w:lang w:val="en-CA"/>
          <w14:ligatures w14:val="standardContextual"/>
        </w:rPr>
        <w:t>State Of Local Emergency - Declaration</w:t>
      </w:r>
    </w:p>
    <w:p w14:paraId="5A566A56" w14:textId="2FCC574C" w:rsidR="001A583D" w:rsidRPr="00651D86" w:rsidRDefault="00A37136" w:rsidP="001A583D">
      <w:pPr>
        <w:rPr>
          <w:rFonts w:ascii="BC Sans" w:hAnsi="BC Sans" w:cs="Arial"/>
          <w:sz w:val="24"/>
          <w:szCs w:val="24"/>
          <w:lang w:val="en-CA"/>
        </w:rPr>
      </w:pPr>
      <w:r w:rsidRPr="006C45B5">
        <w:rPr>
          <w:rFonts w:ascii="BC Sans" w:hAnsi="BC Sans" w:cs="Arial"/>
          <w:bCs/>
          <w:color w:val="EE0000"/>
          <w:sz w:val="24"/>
          <w:szCs w:val="24"/>
        </w:rPr>
        <w:t>[N</w:t>
      </w:r>
      <w:r w:rsidR="006C45B5">
        <w:rPr>
          <w:rFonts w:ascii="BC Sans" w:hAnsi="BC Sans" w:cs="Arial"/>
          <w:bCs/>
          <w:color w:val="EE0000"/>
          <w:sz w:val="24"/>
          <w:szCs w:val="24"/>
        </w:rPr>
        <w:t>ote</w:t>
      </w:r>
      <w:r w:rsidR="00AD4839" w:rsidRPr="006C45B5">
        <w:rPr>
          <w:rFonts w:ascii="BC Sans" w:hAnsi="BC Sans" w:cs="Arial"/>
          <w:sz w:val="24"/>
          <w:szCs w:val="24"/>
          <w:lang w:val="en-CA"/>
        </w:rPr>
        <w:t xml:space="preserve"> </w:t>
      </w:r>
      <w:r w:rsidR="001A583D" w:rsidRPr="00651D86">
        <w:rPr>
          <w:rFonts w:ascii="BC Sans" w:hAnsi="BC Sans" w:cs="Arial"/>
          <w:sz w:val="24"/>
          <w:szCs w:val="24"/>
          <w:lang w:val="en-CA"/>
        </w:rPr>
        <w:t xml:space="preserve">This template supports emergency coordination and public communication. It does not cite or confer legal authority under the Emergency and Disaster Management Act. </w:t>
      </w:r>
      <w:r w:rsidR="0059395F" w:rsidRPr="00651D86">
        <w:rPr>
          <w:rFonts w:ascii="BC Sans" w:hAnsi="BC Sans" w:cs="Arial"/>
          <w:sz w:val="24"/>
          <w:szCs w:val="24"/>
          <w:lang w:val="en-CA"/>
        </w:rPr>
        <w:t>First Nations</w:t>
      </w:r>
      <w:r w:rsidR="001A583D" w:rsidRPr="00651D86">
        <w:rPr>
          <w:rFonts w:ascii="BC Sans" w:hAnsi="BC Sans" w:cs="Arial"/>
          <w:sz w:val="24"/>
          <w:szCs w:val="24"/>
          <w:lang w:val="en-CA"/>
        </w:rPr>
        <w:t>’ legal authority flows from their treaties and from laws enacted through their own governance processes. Communities may adapt this template to align with their governance structures, laws, and decision-making processes, and may choose to reference their own authorities separately, where applicable.</w:t>
      </w:r>
    </w:p>
    <w:p w14:paraId="5EED7703" w14:textId="690C4628" w:rsidR="006F5C74" w:rsidRPr="006C45B5" w:rsidRDefault="00E2600A">
      <w:pPr>
        <w:rPr>
          <w:rFonts w:ascii="BC Sans" w:hAnsi="BC Sans" w:cs="Arial"/>
          <w:iCs/>
          <w:sz w:val="24"/>
          <w:szCs w:val="24"/>
        </w:rPr>
      </w:pPr>
      <w:r w:rsidRPr="00651D86">
        <w:rPr>
          <w:rFonts w:ascii="BC Sans" w:hAnsi="BC Sans" w:cs="Arial"/>
          <w:sz w:val="24"/>
          <w:szCs w:val="24"/>
        </w:rPr>
        <w:t xml:space="preserve">To complete the </w:t>
      </w:r>
      <w:r w:rsidR="00651D86" w:rsidRPr="00651D86">
        <w:rPr>
          <w:rFonts w:ascii="BC Sans" w:hAnsi="BC Sans" w:cs="Arial"/>
          <w:sz w:val="24"/>
          <w:szCs w:val="24"/>
        </w:rPr>
        <w:t>template,</w:t>
      </w:r>
      <w:r w:rsidR="00A37136" w:rsidRPr="00651D86">
        <w:rPr>
          <w:rStyle w:val="CommentReference"/>
          <w:rFonts w:ascii="BC Sans" w:hAnsi="BC Sans" w:cs="Arial"/>
          <w:sz w:val="18"/>
          <w:szCs w:val="18"/>
        </w:rPr>
        <w:t xml:space="preserve"> </w:t>
      </w:r>
      <w:r w:rsidR="00A37136" w:rsidRPr="00651D86">
        <w:rPr>
          <w:rFonts w:ascii="BC Sans" w:hAnsi="BC Sans" w:cs="Arial"/>
          <w:sz w:val="24"/>
          <w:szCs w:val="24"/>
        </w:rPr>
        <w:t>replace/modify</w:t>
      </w:r>
      <w:r w:rsidR="0096137D" w:rsidRPr="00651D86">
        <w:rPr>
          <w:rFonts w:ascii="BC Sans" w:hAnsi="BC Sans" w:cs="Arial"/>
          <w:sz w:val="24"/>
          <w:szCs w:val="24"/>
        </w:rPr>
        <w:t>/delete</w:t>
      </w:r>
      <w:r w:rsidR="00A37136" w:rsidRPr="00651D86">
        <w:rPr>
          <w:rFonts w:ascii="BC Sans" w:hAnsi="BC Sans" w:cs="Arial"/>
          <w:sz w:val="24"/>
          <w:szCs w:val="24"/>
        </w:rPr>
        <w:t xml:space="preserve"> items in </w:t>
      </w:r>
      <w:r w:rsidR="006C45B5" w:rsidRPr="006C45B5">
        <w:rPr>
          <w:rStyle w:val="normaltextrun"/>
          <w:rFonts w:ascii="BC Sans" w:eastAsia="Aptos" w:hAnsi="BC Sans" w:cs="Arial"/>
          <w:color w:val="EE0000"/>
          <w:sz w:val="24"/>
          <w:szCs w:val="24"/>
        </w:rPr>
        <w:t>[red brackets]</w:t>
      </w:r>
      <w:r w:rsidR="00A37136" w:rsidRPr="00651D86">
        <w:rPr>
          <w:rFonts w:ascii="BC Sans" w:hAnsi="BC Sans" w:cs="Arial"/>
        </w:rPr>
        <w:t xml:space="preserve"> </w:t>
      </w:r>
      <w:r w:rsidR="00A37136" w:rsidRPr="00651D86">
        <w:rPr>
          <w:rFonts w:ascii="BC Sans" w:hAnsi="BC Sans" w:cs="Arial"/>
          <w:sz w:val="24"/>
          <w:szCs w:val="24"/>
        </w:rPr>
        <w:t>and delete bracketed areas as appropriate</w:t>
      </w:r>
      <w:r w:rsidR="00A37136" w:rsidRPr="006C45B5">
        <w:rPr>
          <w:rFonts w:ascii="BC Sans" w:hAnsi="BC Sans" w:cs="Arial"/>
          <w:color w:val="EE0000"/>
          <w:sz w:val="24"/>
          <w:szCs w:val="24"/>
        </w:rPr>
        <w:t>.]</w:t>
      </w:r>
    </w:p>
    <w:p w14:paraId="5987FED6" w14:textId="59A33B16" w:rsidR="00F130EB" w:rsidRPr="00651D86" w:rsidRDefault="007234D3" w:rsidP="00651D86">
      <w:pPr>
        <w:pStyle w:val="Heading1"/>
        <w:spacing w:before="360" w:after="80" w:line="259" w:lineRule="auto"/>
        <w:rPr>
          <w:rFonts w:ascii="BC Sans" w:hAnsi="BC Sans"/>
          <w:b w:val="0"/>
          <w:bCs w:val="0"/>
          <w:color w:val="0F4761"/>
          <w:kern w:val="2"/>
          <w:sz w:val="40"/>
          <w:szCs w:val="40"/>
          <w:lang w:val="en-CA"/>
          <w14:ligatures w14:val="standardContextual"/>
        </w:rPr>
      </w:pPr>
      <w:r w:rsidRPr="00651D86">
        <w:rPr>
          <w:rFonts w:ascii="BC Sans" w:hAnsi="BC Sans"/>
          <w:b w:val="0"/>
          <w:bCs w:val="0"/>
          <w:color w:val="0F4761"/>
          <w:kern w:val="2"/>
          <w:sz w:val="40"/>
          <w:szCs w:val="40"/>
          <w:lang w:val="en-CA"/>
          <w14:ligatures w14:val="standardContextual"/>
        </w:rPr>
        <w:t>Declaration</w:t>
      </w:r>
      <w:r w:rsidR="00AD4839" w:rsidRPr="00651D86">
        <w:rPr>
          <w:rFonts w:ascii="BC Sans" w:hAnsi="BC Sans"/>
          <w:b w:val="0"/>
          <w:bCs w:val="0"/>
          <w:color w:val="0F4761"/>
          <w:kern w:val="2"/>
          <w:sz w:val="40"/>
          <w:szCs w:val="40"/>
          <w:lang w:val="en-CA"/>
          <w14:ligatures w14:val="standardContextual"/>
        </w:rPr>
        <w:t xml:space="preserve"> </w:t>
      </w:r>
      <w:r w:rsidR="00651D86">
        <w:rPr>
          <w:rFonts w:ascii="BC Sans" w:hAnsi="BC Sans"/>
          <w:b w:val="0"/>
          <w:bCs w:val="0"/>
          <w:color w:val="0F4761"/>
          <w:kern w:val="2"/>
          <w:sz w:val="40"/>
          <w:szCs w:val="40"/>
          <w:lang w:val="en-CA"/>
          <w14:ligatures w14:val="standardContextual"/>
        </w:rPr>
        <w:t>d</w:t>
      </w:r>
      <w:r w:rsidR="00AD4839" w:rsidRPr="00651D86">
        <w:rPr>
          <w:rFonts w:ascii="BC Sans" w:hAnsi="BC Sans"/>
          <w:b w:val="0"/>
          <w:bCs w:val="0"/>
          <w:color w:val="0F4761"/>
          <w:kern w:val="2"/>
          <w:sz w:val="40"/>
          <w:szCs w:val="40"/>
          <w:lang w:val="en-CA"/>
          <w14:ligatures w14:val="standardContextual"/>
        </w:rPr>
        <w:t>etails</w:t>
      </w:r>
    </w:p>
    <w:p w14:paraId="51482DC2" w14:textId="4668ABBE" w:rsidR="00F130EB" w:rsidRPr="00651D86" w:rsidRDefault="00AD4839" w:rsidP="00A37136">
      <w:pPr>
        <w:spacing w:after="0"/>
        <w:rPr>
          <w:rFonts w:ascii="BC Sans" w:hAnsi="BC Sans" w:cs="Arial"/>
          <w:sz w:val="24"/>
          <w:szCs w:val="24"/>
        </w:rPr>
      </w:pPr>
      <w:r w:rsidRPr="00651D86">
        <w:rPr>
          <w:rFonts w:ascii="BC Sans" w:hAnsi="BC Sans" w:cs="Arial"/>
          <w:sz w:val="24"/>
          <w:szCs w:val="24"/>
        </w:rPr>
        <w:t xml:space="preserve">Issuing First Nation: </w:t>
      </w:r>
      <w:r w:rsidRPr="006C45B5">
        <w:rPr>
          <w:rFonts w:ascii="BC Sans" w:hAnsi="BC Sans" w:cs="Arial"/>
          <w:color w:val="EE0000"/>
          <w:sz w:val="24"/>
          <w:szCs w:val="24"/>
        </w:rPr>
        <w:t>[Name of First Nation]</w:t>
      </w:r>
    </w:p>
    <w:p w14:paraId="59105965" w14:textId="5BC8E504" w:rsidR="00F130EB" w:rsidRPr="006C45B5" w:rsidRDefault="00AD4839" w:rsidP="00A37136">
      <w:pPr>
        <w:spacing w:after="0"/>
        <w:rPr>
          <w:rFonts w:ascii="BC Sans" w:hAnsi="BC Sans" w:cs="Arial"/>
          <w:sz w:val="24"/>
          <w:szCs w:val="24"/>
        </w:rPr>
      </w:pPr>
      <w:r w:rsidRPr="00651D86">
        <w:rPr>
          <w:rFonts w:ascii="BC Sans" w:hAnsi="BC Sans" w:cs="Arial"/>
          <w:sz w:val="24"/>
          <w:szCs w:val="24"/>
        </w:rPr>
        <w:t xml:space="preserve">Date: </w:t>
      </w:r>
      <w:r w:rsidRPr="006C45B5">
        <w:rPr>
          <w:rFonts w:ascii="BC Sans" w:hAnsi="BC Sans" w:cs="Arial"/>
          <w:color w:val="EE0000"/>
          <w:sz w:val="24"/>
          <w:szCs w:val="24"/>
        </w:rPr>
        <w:t>[</w:t>
      </w:r>
      <w:proofErr w:type="spellStart"/>
      <w:r w:rsidRPr="006C45B5">
        <w:rPr>
          <w:rFonts w:ascii="BC Sans" w:hAnsi="BC Sans" w:cs="Arial"/>
          <w:color w:val="EE0000"/>
          <w:sz w:val="24"/>
          <w:szCs w:val="24"/>
        </w:rPr>
        <w:t>yyyy</w:t>
      </w:r>
      <w:proofErr w:type="spellEnd"/>
      <w:r w:rsidRPr="006C45B5">
        <w:rPr>
          <w:rFonts w:ascii="BC Sans" w:hAnsi="BC Sans" w:cs="Arial"/>
          <w:color w:val="EE0000"/>
          <w:sz w:val="24"/>
          <w:szCs w:val="24"/>
        </w:rPr>
        <w:t>-mm-dd]</w:t>
      </w:r>
    </w:p>
    <w:p w14:paraId="63426370" w14:textId="43EEF595" w:rsidR="00F130EB" w:rsidRPr="00651D86" w:rsidRDefault="00AD4839" w:rsidP="00A37136">
      <w:pPr>
        <w:spacing w:after="0"/>
        <w:rPr>
          <w:rFonts w:ascii="BC Sans" w:hAnsi="BC Sans" w:cs="Arial"/>
          <w:sz w:val="24"/>
          <w:szCs w:val="24"/>
        </w:rPr>
      </w:pPr>
      <w:r w:rsidRPr="00651D86">
        <w:rPr>
          <w:rFonts w:ascii="BC Sans" w:hAnsi="BC Sans" w:cs="Arial"/>
          <w:sz w:val="24"/>
          <w:szCs w:val="24"/>
        </w:rPr>
        <w:t xml:space="preserve">Time: </w:t>
      </w:r>
      <w:r w:rsidRPr="006C45B5">
        <w:rPr>
          <w:rFonts w:ascii="BC Sans" w:hAnsi="BC Sans" w:cs="Arial"/>
          <w:color w:val="EE0000"/>
          <w:sz w:val="24"/>
          <w:szCs w:val="24"/>
        </w:rPr>
        <w:t>[HH:MM]</w:t>
      </w:r>
    </w:p>
    <w:p w14:paraId="04EDA12C" w14:textId="3EA3A43A" w:rsidR="00F130EB" w:rsidRPr="00651D86" w:rsidRDefault="00AD4839" w:rsidP="00A37136">
      <w:pPr>
        <w:spacing w:after="0"/>
        <w:rPr>
          <w:rFonts w:ascii="BC Sans" w:hAnsi="BC Sans" w:cs="Arial"/>
          <w:sz w:val="24"/>
          <w:szCs w:val="24"/>
        </w:rPr>
      </w:pPr>
      <w:r w:rsidRPr="00651D86">
        <w:rPr>
          <w:rFonts w:ascii="BC Sans" w:hAnsi="BC Sans" w:cs="Arial"/>
          <w:sz w:val="24"/>
          <w:szCs w:val="24"/>
        </w:rPr>
        <w:t>Reference number (</w:t>
      </w:r>
      <w:r w:rsidR="00A37136" w:rsidRPr="00651D86">
        <w:rPr>
          <w:rFonts w:ascii="BC Sans" w:hAnsi="BC Sans" w:cs="Arial"/>
          <w:sz w:val="24"/>
          <w:szCs w:val="24"/>
        </w:rPr>
        <w:t>if applicable</w:t>
      </w:r>
      <w:r w:rsidRPr="00651D86">
        <w:rPr>
          <w:rFonts w:ascii="BC Sans" w:hAnsi="BC Sans" w:cs="Arial"/>
          <w:sz w:val="24"/>
          <w:szCs w:val="24"/>
        </w:rPr>
        <w:t xml:space="preserve">): </w:t>
      </w:r>
      <w:r w:rsidRPr="006C45B5">
        <w:rPr>
          <w:rFonts w:ascii="BC Sans" w:hAnsi="BC Sans" w:cs="Arial"/>
          <w:color w:val="EE0000"/>
          <w:sz w:val="24"/>
          <w:szCs w:val="24"/>
        </w:rPr>
        <w:t>[e.g., SOLE</w:t>
      </w:r>
      <w:r w:rsidR="00000A82">
        <w:rPr>
          <w:rFonts w:ascii="BC Sans" w:hAnsi="BC Sans" w:cs="Arial"/>
          <w:color w:val="EE0000"/>
          <w:sz w:val="24"/>
          <w:szCs w:val="24"/>
        </w:rPr>
        <w:t xml:space="preserve"> </w:t>
      </w:r>
      <w:r w:rsidRPr="006C45B5">
        <w:rPr>
          <w:rFonts w:ascii="BC Sans" w:hAnsi="BC Sans" w:cs="Arial"/>
          <w:color w:val="EE0000"/>
          <w:sz w:val="24"/>
          <w:szCs w:val="24"/>
        </w:rPr>
        <w:t># or community reference]</w:t>
      </w:r>
    </w:p>
    <w:p w14:paraId="5FAE5156" w14:textId="3ECA7AD8" w:rsidR="00BA5692" w:rsidRPr="00651D86" w:rsidRDefault="00BA5692" w:rsidP="00651D86">
      <w:pPr>
        <w:pStyle w:val="Heading1"/>
        <w:spacing w:before="360" w:after="80" w:line="259" w:lineRule="auto"/>
        <w:rPr>
          <w:rFonts w:ascii="BC Sans" w:hAnsi="BC Sans"/>
          <w:b w:val="0"/>
          <w:bCs w:val="0"/>
          <w:color w:val="0F4761"/>
          <w:kern w:val="2"/>
          <w:sz w:val="40"/>
          <w:szCs w:val="40"/>
          <w:lang w:val="en-CA"/>
          <w14:ligatures w14:val="standardContextual"/>
        </w:rPr>
      </w:pPr>
      <w:r w:rsidRPr="00651D86">
        <w:rPr>
          <w:rFonts w:ascii="BC Sans" w:hAnsi="BC Sans"/>
          <w:b w:val="0"/>
          <w:bCs w:val="0"/>
          <w:color w:val="0F4761"/>
          <w:kern w:val="2"/>
          <w:sz w:val="40"/>
          <w:szCs w:val="40"/>
          <w:lang w:val="en-CA"/>
          <w14:ligatures w14:val="standardContextual"/>
        </w:rPr>
        <w:t xml:space="preserve">Event </w:t>
      </w:r>
      <w:r w:rsidR="00651D86">
        <w:rPr>
          <w:rFonts w:ascii="BC Sans" w:hAnsi="BC Sans"/>
          <w:b w:val="0"/>
          <w:bCs w:val="0"/>
          <w:color w:val="0F4761"/>
          <w:kern w:val="2"/>
          <w:sz w:val="40"/>
          <w:szCs w:val="40"/>
          <w:lang w:val="en-CA"/>
          <w14:ligatures w14:val="standardContextual"/>
        </w:rPr>
        <w:t>s</w:t>
      </w:r>
      <w:r w:rsidRPr="00651D86">
        <w:rPr>
          <w:rFonts w:ascii="BC Sans" w:hAnsi="BC Sans"/>
          <w:b w:val="0"/>
          <w:bCs w:val="0"/>
          <w:color w:val="0F4761"/>
          <w:kern w:val="2"/>
          <w:sz w:val="40"/>
          <w:szCs w:val="40"/>
          <w:lang w:val="en-CA"/>
          <w14:ligatures w14:val="standardContextual"/>
        </w:rPr>
        <w:t>ummary</w:t>
      </w:r>
    </w:p>
    <w:p w14:paraId="0CD5B085" w14:textId="3316F414" w:rsidR="00971ECE" w:rsidRPr="00C54CE3" w:rsidRDefault="00971ECE" w:rsidP="00971ECE">
      <w:pPr>
        <w:rPr>
          <w:rFonts w:ascii="BC Sans" w:hAnsi="BC Sans" w:cs="Arial"/>
          <w:iCs/>
          <w:color w:val="EE0000"/>
          <w:sz w:val="24"/>
          <w:szCs w:val="24"/>
        </w:rPr>
      </w:pPr>
      <w:r w:rsidRPr="00651D86">
        <w:rPr>
          <w:rFonts w:ascii="BC Sans" w:hAnsi="BC Sans" w:cs="Arial"/>
          <w:iCs/>
          <w:sz w:val="24"/>
          <w:szCs w:val="24"/>
        </w:rPr>
        <w:t xml:space="preserve">A </w:t>
      </w:r>
      <w:r w:rsidR="00651D86">
        <w:rPr>
          <w:rFonts w:ascii="BC Sans" w:hAnsi="BC Sans" w:cs="Arial"/>
          <w:iCs/>
          <w:sz w:val="24"/>
          <w:szCs w:val="24"/>
        </w:rPr>
        <w:t>S</w:t>
      </w:r>
      <w:r w:rsidRPr="00651D86">
        <w:rPr>
          <w:rFonts w:ascii="BC Sans" w:hAnsi="BC Sans" w:cs="Arial"/>
          <w:iCs/>
          <w:sz w:val="24"/>
          <w:szCs w:val="24"/>
        </w:rPr>
        <w:t xml:space="preserve">tate of </w:t>
      </w:r>
      <w:r w:rsidR="00651D86">
        <w:rPr>
          <w:rFonts w:ascii="BC Sans" w:hAnsi="BC Sans" w:cs="Arial"/>
          <w:iCs/>
          <w:sz w:val="24"/>
          <w:szCs w:val="24"/>
        </w:rPr>
        <w:t>L</w:t>
      </w:r>
      <w:r w:rsidRPr="00651D86">
        <w:rPr>
          <w:rFonts w:ascii="BC Sans" w:hAnsi="BC Sans" w:cs="Arial"/>
          <w:iCs/>
          <w:sz w:val="24"/>
          <w:szCs w:val="24"/>
        </w:rPr>
        <w:t xml:space="preserve">ocal </w:t>
      </w:r>
      <w:r w:rsidR="00651D86">
        <w:rPr>
          <w:rFonts w:ascii="BC Sans" w:hAnsi="BC Sans" w:cs="Arial"/>
          <w:iCs/>
          <w:sz w:val="24"/>
          <w:szCs w:val="24"/>
        </w:rPr>
        <w:t>E</w:t>
      </w:r>
      <w:r w:rsidRPr="00651D86">
        <w:rPr>
          <w:rFonts w:ascii="BC Sans" w:hAnsi="BC Sans" w:cs="Arial"/>
          <w:iCs/>
          <w:sz w:val="24"/>
          <w:szCs w:val="24"/>
        </w:rPr>
        <w:t xml:space="preserve">mergency has been declared for </w:t>
      </w:r>
      <w:r w:rsidRPr="00C54CE3">
        <w:rPr>
          <w:rFonts w:ascii="BC Sans" w:hAnsi="BC Sans" w:cs="Arial"/>
          <w:iCs/>
          <w:color w:val="EE0000"/>
          <w:sz w:val="24"/>
          <w:szCs w:val="24"/>
        </w:rPr>
        <w:t>[event]</w:t>
      </w:r>
      <w:r w:rsidRPr="00651D86">
        <w:rPr>
          <w:rFonts w:ascii="BC Sans" w:hAnsi="BC Sans" w:cs="Arial"/>
          <w:iCs/>
          <w:color w:val="0000FF"/>
          <w:sz w:val="24"/>
          <w:szCs w:val="24"/>
        </w:rPr>
        <w:t xml:space="preserve"> </w:t>
      </w:r>
      <w:proofErr w:type="gramStart"/>
      <w:r w:rsidRPr="00651D86">
        <w:rPr>
          <w:rFonts w:ascii="BC Sans" w:hAnsi="BC Sans" w:cs="Arial"/>
          <w:iCs/>
          <w:sz w:val="24"/>
          <w:szCs w:val="24"/>
        </w:rPr>
        <w:t>in the area of</w:t>
      </w:r>
      <w:proofErr w:type="gramEnd"/>
      <w:r w:rsidRPr="00651D86">
        <w:rPr>
          <w:rFonts w:ascii="BC Sans" w:hAnsi="BC Sans" w:cs="Arial"/>
          <w:iCs/>
          <w:sz w:val="24"/>
          <w:szCs w:val="24"/>
        </w:rPr>
        <w:t xml:space="preserve"> </w:t>
      </w:r>
      <w:r w:rsidRPr="00C54CE3">
        <w:rPr>
          <w:rFonts w:ascii="BC Sans" w:hAnsi="BC Sans" w:cs="Arial"/>
          <w:iCs/>
          <w:color w:val="EE0000"/>
          <w:sz w:val="24"/>
          <w:szCs w:val="24"/>
        </w:rPr>
        <w:t>[area description].</w:t>
      </w:r>
    </w:p>
    <w:p w14:paraId="401A9150" w14:textId="77777777" w:rsidR="00BA5692" w:rsidRPr="00C54CE3" w:rsidRDefault="00BA5692" w:rsidP="00BA5692">
      <w:pPr>
        <w:rPr>
          <w:rFonts w:ascii="BC Sans" w:hAnsi="BC Sans" w:cs="Arial"/>
          <w:iCs/>
          <w:color w:val="EE0000"/>
          <w:sz w:val="24"/>
          <w:szCs w:val="24"/>
        </w:rPr>
      </w:pPr>
      <w:r w:rsidRPr="00C54CE3">
        <w:rPr>
          <w:rFonts w:ascii="BC Sans" w:hAnsi="BC Sans" w:cs="Arial"/>
          <w:iCs/>
          <w:color w:val="EE0000"/>
          <w:sz w:val="24"/>
          <w:szCs w:val="24"/>
        </w:rPr>
        <w:t>[Primary hazards and affected populations/locations]</w:t>
      </w:r>
    </w:p>
    <w:p w14:paraId="3D81F3B8" w14:textId="24E29E54" w:rsidR="00F130EB" w:rsidRPr="00C54CE3" w:rsidRDefault="00A37136">
      <w:pPr>
        <w:rPr>
          <w:rFonts w:ascii="BC Sans" w:hAnsi="BC Sans" w:cs="Arial"/>
          <w:color w:val="EE0000"/>
          <w:sz w:val="24"/>
          <w:szCs w:val="24"/>
        </w:rPr>
      </w:pPr>
      <w:r w:rsidRPr="00C54CE3">
        <w:rPr>
          <w:rFonts w:ascii="BC Sans" w:hAnsi="BC Sans" w:cs="Arial"/>
          <w:color w:val="EE0000"/>
          <w:sz w:val="24"/>
          <w:szCs w:val="24"/>
        </w:rPr>
        <w:t>[</w:t>
      </w:r>
      <w:r w:rsidR="00AD4839" w:rsidRPr="00C54CE3">
        <w:rPr>
          <w:rFonts w:ascii="BC Sans" w:hAnsi="BC Sans" w:cs="Arial"/>
          <w:color w:val="EE0000"/>
          <w:sz w:val="24"/>
          <w:szCs w:val="24"/>
        </w:rPr>
        <w:t>Clearly describe or map the geographic area where this declaration applies. Include boundaries, landmarks, or coordinates.</w:t>
      </w:r>
      <w:r w:rsidRPr="00C54CE3">
        <w:rPr>
          <w:rFonts w:ascii="BC Sans" w:hAnsi="BC Sans" w:cs="Arial"/>
          <w:color w:val="EE0000"/>
          <w:sz w:val="24"/>
          <w:szCs w:val="24"/>
        </w:rPr>
        <w:t>]</w:t>
      </w:r>
    </w:p>
    <w:p w14:paraId="3D6FA7EB" w14:textId="3733597E" w:rsidR="00F130EB" w:rsidRPr="00C54CE3" w:rsidRDefault="00AD4839">
      <w:pPr>
        <w:rPr>
          <w:rFonts w:ascii="BC Sans" w:hAnsi="BC Sans" w:cs="Arial"/>
          <w:color w:val="EE0000"/>
          <w:sz w:val="24"/>
          <w:szCs w:val="24"/>
        </w:rPr>
      </w:pPr>
      <w:r w:rsidRPr="00C54CE3">
        <w:rPr>
          <w:rFonts w:ascii="BC Sans" w:hAnsi="BC Sans" w:cs="Arial"/>
          <w:color w:val="EE0000"/>
          <w:sz w:val="24"/>
          <w:szCs w:val="24"/>
        </w:rPr>
        <w:t>[Insert map or attach map as Appendix A; if a map is unavailable, provide a clear text description.]</w:t>
      </w:r>
    </w:p>
    <w:p w14:paraId="7551927C" w14:textId="794F1FC9" w:rsidR="00F130EB" w:rsidRPr="00651D86" w:rsidRDefault="00AD4839" w:rsidP="00651D86">
      <w:pPr>
        <w:pStyle w:val="Heading1"/>
        <w:spacing w:before="360" w:after="80" w:line="259" w:lineRule="auto"/>
        <w:rPr>
          <w:rFonts w:ascii="BC Sans" w:hAnsi="BC Sans"/>
          <w:b w:val="0"/>
          <w:bCs w:val="0"/>
          <w:color w:val="0F4761"/>
          <w:kern w:val="2"/>
          <w:sz w:val="40"/>
          <w:szCs w:val="40"/>
          <w:lang w:val="en-CA"/>
          <w14:ligatures w14:val="standardContextual"/>
        </w:rPr>
      </w:pPr>
      <w:r w:rsidRPr="00651D86">
        <w:rPr>
          <w:rFonts w:ascii="BC Sans" w:hAnsi="BC Sans"/>
          <w:b w:val="0"/>
          <w:bCs w:val="0"/>
          <w:color w:val="0F4761"/>
          <w:kern w:val="2"/>
          <w:sz w:val="40"/>
          <w:szCs w:val="40"/>
          <w:lang w:val="en-CA"/>
          <w14:ligatures w14:val="standardContextual"/>
        </w:rPr>
        <w:lastRenderedPageBreak/>
        <w:t xml:space="preserve">Community </w:t>
      </w:r>
      <w:r w:rsidR="00651D86">
        <w:rPr>
          <w:rFonts w:ascii="BC Sans" w:hAnsi="BC Sans"/>
          <w:b w:val="0"/>
          <w:bCs w:val="0"/>
          <w:color w:val="0F4761"/>
          <w:kern w:val="2"/>
          <w:sz w:val="40"/>
          <w:szCs w:val="40"/>
          <w:lang w:val="en-CA"/>
          <w14:ligatures w14:val="standardContextual"/>
        </w:rPr>
        <w:t>d</w:t>
      </w:r>
      <w:r w:rsidRPr="00651D86">
        <w:rPr>
          <w:rFonts w:ascii="BC Sans" w:hAnsi="BC Sans"/>
          <w:b w:val="0"/>
          <w:bCs w:val="0"/>
          <w:color w:val="0F4761"/>
          <w:kern w:val="2"/>
          <w:sz w:val="40"/>
          <w:szCs w:val="40"/>
          <w:lang w:val="en-CA"/>
          <w14:ligatures w14:val="standardContextual"/>
        </w:rPr>
        <w:t>irections</w:t>
      </w:r>
    </w:p>
    <w:p w14:paraId="556D84A6" w14:textId="6643AD99" w:rsidR="00F130EB" w:rsidRPr="00C54CE3" w:rsidRDefault="00A37136">
      <w:pPr>
        <w:rPr>
          <w:rFonts w:ascii="BC Sans" w:hAnsi="BC Sans" w:cs="Arial"/>
          <w:color w:val="EE0000"/>
          <w:sz w:val="24"/>
          <w:szCs w:val="24"/>
        </w:rPr>
      </w:pPr>
      <w:r w:rsidRPr="00C54CE3">
        <w:rPr>
          <w:rFonts w:ascii="BC Sans" w:hAnsi="BC Sans" w:cs="Arial"/>
          <w:color w:val="EE0000"/>
          <w:sz w:val="24"/>
          <w:szCs w:val="24"/>
        </w:rPr>
        <w:t xml:space="preserve">[Note: </w:t>
      </w:r>
      <w:r w:rsidR="00AD4839" w:rsidRPr="00C54CE3">
        <w:rPr>
          <w:rFonts w:ascii="BC Sans" w:hAnsi="BC Sans" w:cs="Arial"/>
          <w:color w:val="EE0000"/>
          <w:sz w:val="24"/>
          <w:szCs w:val="24"/>
        </w:rPr>
        <w:t xml:space="preserve">Use this section to share clear, time-bound directions for community safety </w:t>
      </w:r>
      <w:r w:rsidR="00F97648" w:rsidRPr="00C54CE3">
        <w:rPr>
          <w:rFonts w:ascii="BC Sans" w:hAnsi="BC Sans" w:cs="Arial"/>
          <w:color w:val="EE0000"/>
          <w:sz w:val="24"/>
          <w:szCs w:val="24"/>
        </w:rPr>
        <w:t xml:space="preserve">(e.g., road closures) </w:t>
      </w:r>
      <w:r w:rsidR="00AD4839" w:rsidRPr="00C54CE3">
        <w:rPr>
          <w:rFonts w:ascii="BC Sans" w:hAnsi="BC Sans" w:cs="Arial"/>
          <w:color w:val="EE0000"/>
          <w:sz w:val="24"/>
          <w:szCs w:val="24"/>
        </w:rPr>
        <w:t xml:space="preserve">These are operational directions for safety and coordination and </w:t>
      </w:r>
      <w:r w:rsidR="00735C82" w:rsidRPr="00C54CE3">
        <w:rPr>
          <w:rFonts w:ascii="BC Sans" w:hAnsi="BC Sans" w:cs="Arial"/>
          <w:color w:val="EE0000"/>
          <w:sz w:val="24"/>
          <w:szCs w:val="24"/>
        </w:rPr>
        <w:t>are</w:t>
      </w:r>
      <w:r w:rsidR="00AD4839" w:rsidRPr="00C54CE3">
        <w:rPr>
          <w:rFonts w:ascii="BC Sans" w:hAnsi="BC Sans" w:cs="Arial"/>
          <w:color w:val="EE0000"/>
          <w:sz w:val="24"/>
          <w:szCs w:val="24"/>
        </w:rPr>
        <w:t xml:space="preserve"> </w:t>
      </w:r>
      <w:r w:rsidR="00AD4839" w:rsidRPr="00C54CE3">
        <w:rPr>
          <w:rFonts w:ascii="BC Sans" w:hAnsi="BC Sans" w:cs="Arial"/>
          <w:b/>
          <w:bCs/>
          <w:color w:val="EE0000"/>
          <w:sz w:val="24"/>
          <w:szCs w:val="24"/>
        </w:rPr>
        <w:t xml:space="preserve">not </w:t>
      </w:r>
      <w:r w:rsidR="00AD4839" w:rsidRPr="00C54CE3">
        <w:rPr>
          <w:rFonts w:ascii="BC Sans" w:hAnsi="BC Sans" w:cs="Arial"/>
          <w:color w:val="EE0000"/>
          <w:sz w:val="24"/>
          <w:szCs w:val="24"/>
        </w:rPr>
        <w:t>presented as legal orders.</w:t>
      </w:r>
      <w:r w:rsidRPr="00C54CE3">
        <w:rPr>
          <w:rFonts w:ascii="BC Sans" w:hAnsi="BC Sans" w:cs="Arial"/>
          <w:color w:val="EE0000"/>
          <w:sz w:val="24"/>
          <w:szCs w:val="24"/>
        </w:rPr>
        <w:t>]</w:t>
      </w:r>
    </w:p>
    <w:p w14:paraId="6586B9D5" w14:textId="688117A4" w:rsidR="00F130EB" w:rsidRPr="00C54CE3" w:rsidRDefault="00AD4839">
      <w:pPr>
        <w:rPr>
          <w:rFonts w:ascii="BC Sans" w:hAnsi="BC Sans" w:cs="Arial"/>
          <w:iCs/>
          <w:color w:val="EE0000"/>
          <w:sz w:val="24"/>
          <w:szCs w:val="24"/>
        </w:rPr>
      </w:pPr>
      <w:r w:rsidRPr="00C54CE3">
        <w:rPr>
          <w:rFonts w:ascii="BC Sans" w:hAnsi="BC Sans" w:cs="Arial"/>
          <w:iCs/>
          <w:color w:val="EE0000"/>
          <w:sz w:val="24"/>
          <w:szCs w:val="24"/>
        </w:rPr>
        <w:t>[List</w:t>
      </w:r>
      <w:r w:rsidR="0073047A" w:rsidRPr="00C54CE3">
        <w:rPr>
          <w:rFonts w:ascii="BC Sans" w:hAnsi="BC Sans" w:cs="Arial"/>
          <w:iCs/>
          <w:color w:val="EE0000"/>
          <w:sz w:val="24"/>
          <w:szCs w:val="24"/>
        </w:rPr>
        <w:t xml:space="preserve"> any additional </w:t>
      </w:r>
      <w:r w:rsidR="00DD2FD1" w:rsidRPr="00C54CE3">
        <w:rPr>
          <w:rFonts w:ascii="BC Sans" w:hAnsi="BC Sans" w:cs="Arial"/>
          <w:iCs/>
          <w:color w:val="EE0000"/>
          <w:sz w:val="24"/>
          <w:szCs w:val="24"/>
        </w:rPr>
        <w:t>direction</w:t>
      </w:r>
      <w:r w:rsidR="008C0135" w:rsidRPr="00C54CE3">
        <w:rPr>
          <w:rFonts w:ascii="BC Sans" w:hAnsi="BC Sans" w:cs="Arial"/>
          <w:iCs/>
          <w:color w:val="EE0000"/>
          <w:sz w:val="24"/>
          <w:szCs w:val="24"/>
        </w:rPr>
        <w:t>s</w:t>
      </w:r>
      <w:r w:rsidR="00DD2FD1" w:rsidRPr="00C54CE3">
        <w:rPr>
          <w:rFonts w:ascii="BC Sans" w:hAnsi="BC Sans" w:cs="Arial"/>
          <w:iCs/>
          <w:color w:val="EE0000"/>
          <w:sz w:val="24"/>
          <w:szCs w:val="24"/>
        </w:rPr>
        <w:t xml:space="preserve"> </w:t>
      </w:r>
      <w:r w:rsidR="0073047A" w:rsidRPr="00C54CE3">
        <w:rPr>
          <w:rFonts w:ascii="BC Sans" w:hAnsi="BC Sans" w:cs="Arial"/>
          <w:iCs/>
          <w:color w:val="EE0000"/>
          <w:sz w:val="24"/>
          <w:szCs w:val="24"/>
        </w:rPr>
        <w:t>if applicable, if not delete section</w:t>
      </w:r>
      <w:r w:rsidRPr="00C54CE3">
        <w:rPr>
          <w:rFonts w:ascii="BC Sans" w:hAnsi="BC Sans" w:cs="Arial"/>
          <w:iCs/>
          <w:color w:val="EE0000"/>
          <w:sz w:val="24"/>
          <w:szCs w:val="24"/>
        </w:rPr>
        <w:t>.]</w:t>
      </w:r>
    </w:p>
    <w:p w14:paraId="7C93FEEF" w14:textId="48DCBEDA" w:rsidR="00F130EB" w:rsidRPr="00651D86" w:rsidRDefault="00AD4839" w:rsidP="00651D86">
      <w:pPr>
        <w:pStyle w:val="Heading1"/>
        <w:spacing w:before="360" w:after="80" w:line="259" w:lineRule="auto"/>
        <w:rPr>
          <w:rFonts w:ascii="BC Sans" w:hAnsi="BC Sans"/>
          <w:b w:val="0"/>
          <w:bCs w:val="0"/>
          <w:color w:val="0F4761"/>
          <w:kern w:val="2"/>
          <w:sz w:val="40"/>
          <w:szCs w:val="40"/>
          <w:lang w:val="en-CA"/>
          <w14:ligatures w14:val="standardContextual"/>
        </w:rPr>
      </w:pPr>
      <w:r w:rsidRPr="00651D86">
        <w:rPr>
          <w:rFonts w:ascii="BC Sans" w:hAnsi="BC Sans"/>
          <w:b w:val="0"/>
          <w:bCs w:val="0"/>
          <w:color w:val="0F4761"/>
          <w:kern w:val="2"/>
          <w:sz w:val="40"/>
          <w:szCs w:val="40"/>
          <w:lang w:val="en-CA"/>
          <w14:ligatures w14:val="standardContextual"/>
        </w:rPr>
        <w:t xml:space="preserve">Actions </w:t>
      </w:r>
      <w:r w:rsidR="00651D86">
        <w:rPr>
          <w:rFonts w:ascii="BC Sans" w:hAnsi="BC Sans"/>
          <w:b w:val="0"/>
          <w:bCs w:val="0"/>
          <w:color w:val="0F4761"/>
          <w:kern w:val="2"/>
          <w:sz w:val="40"/>
          <w:szCs w:val="40"/>
          <w:lang w:val="en-CA"/>
          <w14:ligatures w14:val="standardContextual"/>
        </w:rPr>
        <w:t>u</w:t>
      </w:r>
      <w:r w:rsidRPr="00651D86">
        <w:rPr>
          <w:rFonts w:ascii="BC Sans" w:hAnsi="BC Sans"/>
          <w:b w:val="0"/>
          <w:bCs w:val="0"/>
          <w:color w:val="0F4761"/>
          <w:kern w:val="2"/>
          <w:sz w:val="40"/>
          <w:szCs w:val="40"/>
          <w:lang w:val="en-CA"/>
          <w14:ligatures w14:val="standardContextual"/>
        </w:rPr>
        <w:t xml:space="preserve">nderway and </w:t>
      </w:r>
      <w:r w:rsidR="00651D86">
        <w:rPr>
          <w:rFonts w:ascii="BC Sans" w:hAnsi="BC Sans"/>
          <w:b w:val="0"/>
          <w:bCs w:val="0"/>
          <w:color w:val="0F4761"/>
          <w:kern w:val="2"/>
          <w:sz w:val="40"/>
          <w:szCs w:val="40"/>
          <w:lang w:val="en-CA"/>
          <w14:ligatures w14:val="standardContextual"/>
        </w:rPr>
        <w:t>s</w:t>
      </w:r>
      <w:r w:rsidRPr="00651D86">
        <w:rPr>
          <w:rFonts w:ascii="BC Sans" w:hAnsi="BC Sans"/>
          <w:b w:val="0"/>
          <w:bCs w:val="0"/>
          <w:color w:val="0F4761"/>
          <w:kern w:val="2"/>
          <w:sz w:val="40"/>
          <w:szCs w:val="40"/>
          <w:lang w:val="en-CA"/>
          <w14:ligatures w14:val="standardContextual"/>
        </w:rPr>
        <w:t xml:space="preserve">upport </w:t>
      </w:r>
      <w:r w:rsidR="00651D86">
        <w:rPr>
          <w:rFonts w:ascii="BC Sans" w:hAnsi="BC Sans"/>
          <w:b w:val="0"/>
          <w:bCs w:val="0"/>
          <w:color w:val="0F4761"/>
          <w:kern w:val="2"/>
          <w:sz w:val="40"/>
          <w:szCs w:val="40"/>
          <w:lang w:val="en-CA"/>
          <w14:ligatures w14:val="standardContextual"/>
        </w:rPr>
        <w:t>r</w:t>
      </w:r>
      <w:r w:rsidRPr="00651D86">
        <w:rPr>
          <w:rFonts w:ascii="BC Sans" w:hAnsi="BC Sans"/>
          <w:b w:val="0"/>
          <w:bCs w:val="0"/>
          <w:color w:val="0F4761"/>
          <w:kern w:val="2"/>
          <w:sz w:val="40"/>
          <w:szCs w:val="40"/>
          <w:lang w:val="en-CA"/>
          <w14:ligatures w14:val="standardContextual"/>
        </w:rPr>
        <w:t>equested</w:t>
      </w:r>
    </w:p>
    <w:p w14:paraId="54A81FDE" w14:textId="734D2611" w:rsidR="00F130EB" w:rsidRPr="00C54CE3" w:rsidRDefault="00AD4839" w:rsidP="00651D86">
      <w:pPr>
        <w:pStyle w:val="ListParagraph"/>
        <w:numPr>
          <w:ilvl w:val="0"/>
          <w:numId w:val="13"/>
        </w:numPr>
        <w:spacing w:after="0"/>
        <w:rPr>
          <w:rFonts w:ascii="BC Sans" w:hAnsi="BC Sans" w:cs="Arial"/>
          <w:iCs/>
          <w:color w:val="EE0000"/>
          <w:sz w:val="24"/>
          <w:szCs w:val="24"/>
        </w:rPr>
      </w:pPr>
      <w:r w:rsidRPr="00C54CE3">
        <w:rPr>
          <w:rFonts w:ascii="BC Sans" w:hAnsi="BC Sans" w:cs="Arial"/>
          <w:iCs/>
          <w:color w:val="EE0000"/>
          <w:sz w:val="24"/>
          <w:szCs w:val="24"/>
        </w:rPr>
        <w:t>[Emergency Operations Centre (if activated) and incident command structure]</w:t>
      </w:r>
    </w:p>
    <w:p w14:paraId="50DB6A07" w14:textId="486C0F74" w:rsidR="00F130EB" w:rsidRPr="00C54CE3" w:rsidRDefault="00AD4839" w:rsidP="00651D86">
      <w:pPr>
        <w:pStyle w:val="ListParagraph"/>
        <w:numPr>
          <w:ilvl w:val="0"/>
          <w:numId w:val="13"/>
        </w:numPr>
        <w:spacing w:after="0"/>
        <w:rPr>
          <w:rFonts w:ascii="BC Sans" w:hAnsi="BC Sans" w:cs="Arial"/>
          <w:iCs/>
          <w:color w:val="EE0000"/>
          <w:sz w:val="24"/>
          <w:szCs w:val="24"/>
        </w:rPr>
      </w:pPr>
      <w:r w:rsidRPr="00C54CE3">
        <w:rPr>
          <w:rFonts w:ascii="BC Sans" w:hAnsi="BC Sans" w:cs="Arial"/>
          <w:iCs/>
          <w:color w:val="EE0000"/>
          <w:sz w:val="24"/>
          <w:szCs w:val="24"/>
        </w:rPr>
        <w:t>[Resources deployed (e.g., fire, health, public works), mutual aid, contractor support]</w:t>
      </w:r>
    </w:p>
    <w:p w14:paraId="11AB888F" w14:textId="6CBDFBE5" w:rsidR="00F130EB" w:rsidRPr="00651D86" w:rsidRDefault="00AD4839" w:rsidP="00000A82">
      <w:pPr>
        <w:pStyle w:val="Heading1"/>
        <w:spacing w:before="240" w:after="80" w:line="259" w:lineRule="auto"/>
        <w:rPr>
          <w:rFonts w:ascii="BC Sans" w:hAnsi="BC Sans"/>
          <w:b w:val="0"/>
          <w:bCs w:val="0"/>
          <w:color w:val="0F4761"/>
          <w:kern w:val="2"/>
          <w:sz w:val="40"/>
          <w:szCs w:val="40"/>
          <w:lang w:val="en-CA"/>
          <w14:ligatures w14:val="standardContextual"/>
        </w:rPr>
      </w:pPr>
      <w:r w:rsidRPr="00651D86">
        <w:rPr>
          <w:rFonts w:ascii="BC Sans" w:hAnsi="BC Sans"/>
          <w:b w:val="0"/>
          <w:bCs w:val="0"/>
          <w:color w:val="0F4761"/>
          <w:kern w:val="2"/>
          <w:sz w:val="40"/>
          <w:szCs w:val="40"/>
          <w:lang w:val="en-CA"/>
          <w14:ligatures w14:val="standardContextual"/>
        </w:rPr>
        <w:t xml:space="preserve">Effective </w:t>
      </w:r>
      <w:r w:rsidR="00651D86">
        <w:rPr>
          <w:rFonts w:ascii="BC Sans" w:hAnsi="BC Sans"/>
          <w:b w:val="0"/>
          <w:bCs w:val="0"/>
          <w:color w:val="0F4761"/>
          <w:kern w:val="2"/>
          <w:sz w:val="40"/>
          <w:szCs w:val="40"/>
          <w:lang w:val="en-CA"/>
          <w14:ligatures w14:val="standardContextual"/>
        </w:rPr>
        <w:t>p</w:t>
      </w:r>
      <w:r w:rsidRPr="00651D86">
        <w:rPr>
          <w:rFonts w:ascii="BC Sans" w:hAnsi="BC Sans"/>
          <w:b w:val="0"/>
          <w:bCs w:val="0"/>
          <w:color w:val="0F4761"/>
          <w:kern w:val="2"/>
          <w:sz w:val="40"/>
          <w:szCs w:val="40"/>
          <w:lang w:val="en-CA"/>
          <w14:ligatures w14:val="standardContextual"/>
        </w:rPr>
        <w:t xml:space="preserve">eriod and </w:t>
      </w:r>
      <w:r w:rsidR="00651D86">
        <w:rPr>
          <w:rFonts w:ascii="BC Sans" w:hAnsi="BC Sans"/>
          <w:b w:val="0"/>
          <w:bCs w:val="0"/>
          <w:color w:val="0F4761"/>
          <w:kern w:val="2"/>
          <w:sz w:val="40"/>
          <w:szCs w:val="40"/>
          <w:lang w:val="en-CA"/>
          <w14:ligatures w14:val="standardContextual"/>
        </w:rPr>
        <w:t>r</w:t>
      </w:r>
      <w:r w:rsidRPr="00651D86">
        <w:rPr>
          <w:rFonts w:ascii="BC Sans" w:hAnsi="BC Sans"/>
          <w:b w:val="0"/>
          <w:bCs w:val="0"/>
          <w:color w:val="0F4761"/>
          <w:kern w:val="2"/>
          <w:sz w:val="40"/>
          <w:szCs w:val="40"/>
          <w:lang w:val="en-CA"/>
          <w14:ligatures w14:val="standardContextual"/>
        </w:rPr>
        <w:t>eview</w:t>
      </w:r>
    </w:p>
    <w:p w14:paraId="7CA28227" w14:textId="1010E6ED" w:rsidR="00F130EB" w:rsidRPr="000F6DDA" w:rsidRDefault="00AD4839">
      <w:pPr>
        <w:rPr>
          <w:rFonts w:ascii="BC Sans" w:hAnsi="BC Sans" w:cs="Arial"/>
          <w:iCs/>
          <w:color w:val="EE0000"/>
          <w:sz w:val="24"/>
          <w:szCs w:val="24"/>
        </w:rPr>
      </w:pPr>
      <w:r w:rsidRPr="00651D86">
        <w:rPr>
          <w:rFonts w:ascii="BC Sans" w:hAnsi="BC Sans" w:cs="Arial"/>
          <w:iCs/>
          <w:sz w:val="24"/>
          <w:szCs w:val="24"/>
        </w:rPr>
        <w:t xml:space="preserve">Effective from: </w:t>
      </w:r>
      <w:r w:rsidRPr="000F6DDA">
        <w:rPr>
          <w:rFonts w:ascii="BC Sans" w:hAnsi="BC Sans" w:cs="Arial"/>
          <w:iCs/>
          <w:color w:val="EE0000"/>
          <w:sz w:val="24"/>
          <w:szCs w:val="24"/>
        </w:rPr>
        <w:t>[</w:t>
      </w:r>
      <w:proofErr w:type="spellStart"/>
      <w:r w:rsidRPr="000F6DDA">
        <w:rPr>
          <w:rFonts w:ascii="BC Sans" w:hAnsi="BC Sans" w:cs="Arial"/>
          <w:iCs/>
          <w:color w:val="EE0000"/>
          <w:sz w:val="24"/>
          <w:szCs w:val="24"/>
        </w:rPr>
        <w:t>yyyy</w:t>
      </w:r>
      <w:proofErr w:type="spellEnd"/>
      <w:r w:rsidRPr="000F6DDA">
        <w:rPr>
          <w:rFonts w:ascii="BC Sans" w:hAnsi="BC Sans" w:cs="Arial"/>
          <w:iCs/>
          <w:color w:val="EE0000"/>
          <w:sz w:val="24"/>
          <w:szCs w:val="24"/>
        </w:rPr>
        <w:t>-mm-dd HH:MM]</w:t>
      </w:r>
    </w:p>
    <w:p w14:paraId="016818D1" w14:textId="4DDEF844" w:rsidR="00F130EB" w:rsidRPr="00651D86" w:rsidRDefault="00AD4839">
      <w:pPr>
        <w:rPr>
          <w:rFonts w:ascii="BC Sans" w:hAnsi="BC Sans" w:cs="Arial"/>
          <w:iCs/>
          <w:sz w:val="24"/>
          <w:szCs w:val="24"/>
        </w:rPr>
      </w:pPr>
      <w:r w:rsidRPr="00651D86">
        <w:rPr>
          <w:rFonts w:ascii="BC Sans" w:hAnsi="BC Sans" w:cs="Arial"/>
          <w:iCs/>
          <w:sz w:val="24"/>
          <w:szCs w:val="24"/>
        </w:rPr>
        <w:t>This declaration will be reviewed on</w:t>
      </w:r>
      <w:r w:rsidRPr="00651D86">
        <w:rPr>
          <w:rFonts w:ascii="BC Sans" w:hAnsi="BC Sans" w:cs="Arial"/>
          <w:iCs/>
          <w:color w:val="0000FF"/>
          <w:sz w:val="24"/>
          <w:szCs w:val="24"/>
        </w:rPr>
        <w:t xml:space="preserve">: </w:t>
      </w:r>
      <w:r w:rsidRPr="000F6DDA">
        <w:rPr>
          <w:rFonts w:ascii="BC Sans" w:hAnsi="BC Sans" w:cs="Arial"/>
          <w:iCs/>
          <w:color w:val="EE0000"/>
          <w:sz w:val="24"/>
          <w:szCs w:val="24"/>
        </w:rPr>
        <w:t>[</w:t>
      </w:r>
      <w:proofErr w:type="spellStart"/>
      <w:r w:rsidRPr="000F6DDA">
        <w:rPr>
          <w:rFonts w:ascii="BC Sans" w:hAnsi="BC Sans" w:cs="Arial"/>
          <w:iCs/>
          <w:color w:val="EE0000"/>
          <w:sz w:val="24"/>
          <w:szCs w:val="24"/>
        </w:rPr>
        <w:t>yyyy</w:t>
      </w:r>
      <w:proofErr w:type="spellEnd"/>
      <w:r w:rsidRPr="000F6DDA">
        <w:rPr>
          <w:rFonts w:ascii="BC Sans" w:hAnsi="BC Sans" w:cs="Arial"/>
          <w:iCs/>
          <w:color w:val="EE0000"/>
          <w:sz w:val="24"/>
          <w:szCs w:val="24"/>
        </w:rPr>
        <w:t>-mm-dd HH:MM]</w:t>
      </w:r>
      <w:r w:rsidRPr="00651D86">
        <w:rPr>
          <w:rFonts w:ascii="BC Sans" w:hAnsi="BC Sans" w:cs="Arial"/>
          <w:iCs/>
          <w:sz w:val="24"/>
          <w:szCs w:val="24"/>
        </w:rPr>
        <w:t xml:space="preserve"> or sooner if conditions change.</w:t>
      </w:r>
    </w:p>
    <w:p w14:paraId="30091FC9" w14:textId="66DA5652" w:rsidR="00F130EB" w:rsidRPr="00651D86" w:rsidRDefault="00AD4839" w:rsidP="00651D86">
      <w:pPr>
        <w:pStyle w:val="Heading1"/>
        <w:spacing w:before="360" w:after="80" w:line="259" w:lineRule="auto"/>
        <w:rPr>
          <w:rFonts w:ascii="BC Sans" w:hAnsi="BC Sans"/>
          <w:b w:val="0"/>
          <w:bCs w:val="0"/>
          <w:color w:val="0F4761"/>
          <w:kern w:val="2"/>
          <w:sz w:val="40"/>
          <w:szCs w:val="40"/>
          <w:lang w:val="en-CA"/>
          <w14:ligatures w14:val="standardContextual"/>
        </w:rPr>
      </w:pPr>
      <w:r w:rsidRPr="00651D86">
        <w:rPr>
          <w:rFonts w:ascii="BC Sans" w:hAnsi="BC Sans"/>
          <w:b w:val="0"/>
          <w:bCs w:val="0"/>
          <w:color w:val="0F4761"/>
          <w:kern w:val="2"/>
          <w:sz w:val="40"/>
          <w:szCs w:val="40"/>
          <w:lang w:val="en-CA"/>
          <w14:ligatures w14:val="standardContextual"/>
        </w:rPr>
        <w:t xml:space="preserve">Primary </w:t>
      </w:r>
      <w:r w:rsidR="00651D86">
        <w:rPr>
          <w:rFonts w:ascii="BC Sans" w:hAnsi="BC Sans"/>
          <w:b w:val="0"/>
          <w:bCs w:val="0"/>
          <w:color w:val="0F4761"/>
          <w:kern w:val="2"/>
          <w:sz w:val="40"/>
          <w:szCs w:val="40"/>
          <w:lang w:val="en-CA"/>
          <w14:ligatures w14:val="standardContextual"/>
        </w:rPr>
        <w:t>c</w:t>
      </w:r>
      <w:r w:rsidRPr="00651D86">
        <w:rPr>
          <w:rFonts w:ascii="BC Sans" w:hAnsi="BC Sans"/>
          <w:b w:val="0"/>
          <w:bCs w:val="0"/>
          <w:color w:val="0F4761"/>
          <w:kern w:val="2"/>
          <w:sz w:val="40"/>
          <w:szCs w:val="40"/>
          <w:lang w:val="en-CA"/>
          <w14:ligatures w14:val="standardContextual"/>
        </w:rPr>
        <w:t>ontacts</w:t>
      </w:r>
    </w:p>
    <w:p w14:paraId="691522FB" w14:textId="4D32FA57" w:rsidR="00F130EB" w:rsidRPr="000F6DDA" w:rsidRDefault="00AD4839" w:rsidP="007232A4">
      <w:pPr>
        <w:spacing w:after="0"/>
        <w:rPr>
          <w:rFonts w:ascii="BC Sans" w:hAnsi="BC Sans" w:cs="Arial"/>
          <w:iCs/>
          <w:sz w:val="24"/>
          <w:szCs w:val="24"/>
        </w:rPr>
      </w:pPr>
      <w:r w:rsidRPr="00651D86">
        <w:rPr>
          <w:rFonts w:ascii="BC Sans" w:hAnsi="BC Sans" w:cs="Arial"/>
          <w:iCs/>
          <w:sz w:val="24"/>
          <w:szCs w:val="24"/>
        </w:rPr>
        <w:t xml:space="preserve">Lead </w:t>
      </w:r>
      <w:r w:rsidR="00651D86">
        <w:rPr>
          <w:rFonts w:ascii="BC Sans" w:hAnsi="BC Sans" w:cs="Arial"/>
          <w:iCs/>
          <w:sz w:val="24"/>
          <w:szCs w:val="24"/>
        </w:rPr>
        <w:t>c</w:t>
      </w:r>
      <w:r w:rsidRPr="00651D86">
        <w:rPr>
          <w:rFonts w:ascii="BC Sans" w:hAnsi="BC Sans" w:cs="Arial"/>
          <w:iCs/>
          <w:sz w:val="24"/>
          <w:szCs w:val="24"/>
        </w:rPr>
        <w:t xml:space="preserve">ontact / EOC Director: </w:t>
      </w:r>
      <w:r w:rsidRPr="000F6DDA">
        <w:rPr>
          <w:rFonts w:ascii="BC Sans" w:hAnsi="BC Sans" w:cs="Arial"/>
          <w:iCs/>
          <w:color w:val="EE0000"/>
          <w:sz w:val="24"/>
          <w:szCs w:val="24"/>
        </w:rPr>
        <w:t>[Name, title/role, phone, email]</w:t>
      </w:r>
    </w:p>
    <w:p w14:paraId="6AEBE387" w14:textId="29BCA6FE" w:rsidR="00F130EB" w:rsidRPr="00000A82" w:rsidRDefault="00AD4839" w:rsidP="007232A4">
      <w:pPr>
        <w:spacing w:after="0"/>
        <w:rPr>
          <w:rFonts w:ascii="BC Sans" w:hAnsi="BC Sans" w:cs="Arial"/>
          <w:iCs/>
          <w:sz w:val="24"/>
          <w:szCs w:val="24"/>
        </w:rPr>
      </w:pPr>
      <w:r w:rsidRPr="00651D86">
        <w:rPr>
          <w:rFonts w:ascii="BC Sans" w:hAnsi="BC Sans" w:cs="Arial"/>
          <w:iCs/>
          <w:sz w:val="24"/>
          <w:szCs w:val="24"/>
        </w:rPr>
        <w:t xml:space="preserve">Media/Community </w:t>
      </w:r>
      <w:r w:rsidR="00651D86">
        <w:rPr>
          <w:rFonts w:ascii="BC Sans" w:hAnsi="BC Sans" w:cs="Arial"/>
          <w:iCs/>
          <w:sz w:val="24"/>
          <w:szCs w:val="24"/>
        </w:rPr>
        <w:t>i</w:t>
      </w:r>
      <w:r w:rsidRPr="00651D86">
        <w:rPr>
          <w:rFonts w:ascii="BC Sans" w:hAnsi="BC Sans" w:cs="Arial"/>
          <w:iCs/>
          <w:sz w:val="24"/>
          <w:szCs w:val="24"/>
        </w:rPr>
        <w:t xml:space="preserve">nformation </w:t>
      </w:r>
      <w:r w:rsidR="00651D86">
        <w:rPr>
          <w:rFonts w:ascii="BC Sans" w:hAnsi="BC Sans" w:cs="Arial"/>
          <w:iCs/>
          <w:sz w:val="24"/>
          <w:szCs w:val="24"/>
        </w:rPr>
        <w:t>c</w:t>
      </w:r>
      <w:r w:rsidRPr="00651D86">
        <w:rPr>
          <w:rFonts w:ascii="BC Sans" w:hAnsi="BC Sans" w:cs="Arial"/>
          <w:iCs/>
          <w:sz w:val="24"/>
          <w:szCs w:val="24"/>
        </w:rPr>
        <w:t xml:space="preserve">ontact: </w:t>
      </w:r>
      <w:r w:rsidRPr="000F6DDA">
        <w:rPr>
          <w:rFonts w:ascii="BC Sans" w:hAnsi="BC Sans" w:cs="Arial"/>
          <w:iCs/>
          <w:color w:val="EE0000"/>
          <w:sz w:val="24"/>
          <w:szCs w:val="24"/>
        </w:rPr>
        <w:t>[Name, phone, email]</w:t>
      </w:r>
    </w:p>
    <w:p w14:paraId="7684A4E8" w14:textId="61CB5AFF" w:rsidR="00F130EB" w:rsidRPr="00000A82" w:rsidRDefault="00AD4839" w:rsidP="007232A4">
      <w:pPr>
        <w:spacing w:after="0"/>
        <w:rPr>
          <w:rFonts w:ascii="BC Sans" w:hAnsi="BC Sans" w:cs="Arial"/>
          <w:iCs/>
          <w:sz w:val="24"/>
          <w:szCs w:val="24"/>
        </w:rPr>
      </w:pPr>
      <w:r w:rsidRPr="00651D86">
        <w:rPr>
          <w:rFonts w:ascii="BC Sans" w:hAnsi="BC Sans" w:cs="Arial"/>
          <w:iCs/>
          <w:sz w:val="24"/>
          <w:szCs w:val="24"/>
        </w:rPr>
        <w:t xml:space="preserve">After-hours / </w:t>
      </w:r>
      <w:proofErr w:type="gramStart"/>
      <w:r w:rsidRPr="00651D86">
        <w:rPr>
          <w:rFonts w:ascii="BC Sans" w:hAnsi="BC Sans" w:cs="Arial"/>
          <w:iCs/>
          <w:sz w:val="24"/>
          <w:szCs w:val="24"/>
        </w:rPr>
        <w:t>On-call</w:t>
      </w:r>
      <w:proofErr w:type="gramEnd"/>
      <w:r w:rsidRPr="00651D86">
        <w:rPr>
          <w:rFonts w:ascii="BC Sans" w:hAnsi="BC Sans" w:cs="Arial"/>
          <w:iCs/>
          <w:sz w:val="24"/>
          <w:szCs w:val="24"/>
        </w:rPr>
        <w:t xml:space="preserve">: </w:t>
      </w:r>
      <w:r w:rsidRPr="00000A82">
        <w:rPr>
          <w:rFonts w:ascii="BC Sans" w:hAnsi="BC Sans" w:cs="Arial"/>
          <w:iCs/>
          <w:color w:val="EE0000"/>
          <w:sz w:val="24"/>
          <w:szCs w:val="24"/>
        </w:rPr>
        <w:t>[Name/number]</w:t>
      </w:r>
    </w:p>
    <w:p w14:paraId="59B743A7" w14:textId="5DE20B93" w:rsidR="00F130EB" w:rsidRPr="00651D86" w:rsidRDefault="00AD4839" w:rsidP="00000A82">
      <w:pPr>
        <w:pStyle w:val="Heading1"/>
        <w:spacing w:before="360" w:after="80" w:line="259" w:lineRule="auto"/>
        <w:rPr>
          <w:rFonts w:ascii="BC Sans" w:hAnsi="BC Sans"/>
          <w:b w:val="0"/>
          <w:bCs w:val="0"/>
          <w:color w:val="0F4761"/>
          <w:kern w:val="2"/>
          <w:sz w:val="40"/>
          <w:szCs w:val="40"/>
          <w:lang w:val="en-CA"/>
          <w14:ligatures w14:val="standardContextual"/>
        </w:rPr>
      </w:pPr>
      <w:r w:rsidRPr="00651D86">
        <w:rPr>
          <w:rFonts w:ascii="BC Sans" w:hAnsi="BC Sans"/>
          <w:b w:val="0"/>
          <w:bCs w:val="0"/>
          <w:color w:val="0F4761"/>
          <w:kern w:val="2"/>
          <w:sz w:val="40"/>
          <w:szCs w:val="40"/>
          <w:lang w:val="en-CA"/>
          <w14:ligatures w14:val="standardContextual"/>
        </w:rPr>
        <w:t>Authorization</w:t>
      </w:r>
    </w:p>
    <w:p w14:paraId="66AB42BF" w14:textId="4FAF0DA9" w:rsidR="00F130EB" w:rsidRPr="00000A82" w:rsidRDefault="00AD4839">
      <w:pPr>
        <w:rPr>
          <w:rFonts w:ascii="BC Sans" w:hAnsi="BC Sans" w:cs="Arial"/>
          <w:iCs/>
          <w:sz w:val="24"/>
          <w:szCs w:val="24"/>
        </w:rPr>
      </w:pPr>
      <w:r w:rsidRPr="00651D86">
        <w:rPr>
          <w:rFonts w:ascii="BC Sans" w:hAnsi="BC Sans" w:cs="Arial"/>
          <w:iCs/>
          <w:sz w:val="24"/>
          <w:szCs w:val="24"/>
        </w:rPr>
        <w:t>This SOLE declaration is issued by</w:t>
      </w:r>
      <w:r w:rsidRPr="00651D86">
        <w:rPr>
          <w:rFonts w:ascii="BC Sans" w:hAnsi="BC Sans" w:cs="Arial"/>
          <w:iCs/>
          <w:color w:val="0000FF"/>
          <w:sz w:val="24"/>
          <w:szCs w:val="24"/>
        </w:rPr>
        <w:t xml:space="preserve">: </w:t>
      </w:r>
      <w:r w:rsidRPr="00000A82">
        <w:rPr>
          <w:rFonts w:ascii="BC Sans" w:hAnsi="BC Sans" w:cs="Arial"/>
          <w:iCs/>
          <w:color w:val="EE0000"/>
          <w:sz w:val="24"/>
          <w:szCs w:val="24"/>
        </w:rPr>
        <w:t>[Name]</w:t>
      </w:r>
      <w:r w:rsidRPr="00651D86">
        <w:rPr>
          <w:rFonts w:ascii="BC Sans" w:hAnsi="BC Sans" w:cs="Arial"/>
          <w:iCs/>
          <w:color w:val="0000FF"/>
          <w:sz w:val="24"/>
          <w:szCs w:val="24"/>
        </w:rPr>
        <w:t xml:space="preserve"> </w:t>
      </w:r>
      <w:r w:rsidRPr="00651D86">
        <w:rPr>
          <w:rFonts w:ascii="BC Sans" w:hAnsi="BC Sans" w:cs="Arial"/>
          <w:iCs/>
          <w:sz w:val="24"/>
          <w:szCs w:val="24"/>
        </w:rPr>
        <w:t xml:space="preserve">– </w:t>
      </w:r>
      <w:r w:rsidRPr="00000A82">
        <w:rPr>
          <w:rFonts w:ascii="BC Sans" w:hAnsi="BC Sans" w:cs="Arial"/>
          <w:iCs/>
          <w:color w:val="EE0000"/>
          <w:sz w:val="24"/>
          <w:szCs w:val="24"/>
        </w:rPr>
        <w:t>[Title/Role]</w:t>
      </w:r>
      <w:r w:rsidRPr="00651D86">
        <w:rPr>
          <w:rFonts w:ascii="BC Sans" w:hAnsi="BC Sans" w:cs="Arial"/>
          <w:iCs/>
          <w:color w:val="0000FF"/>
          <w:sz w:val="24"/>
          <w:szCs w:val="24"/>
        </w:rPr>
        <w:t xml:space="preserve"> </w:t>
      </w:r>
      <w:r w:rsidRPr="00651D86">
        <w:rPr>
          <w:rFonts w:ascii="BC Sans" w:hAnsi="BC Sans" w:cs="Arial"/>
          <w:iCs/>
          <w:sz w:val="24"/>
          <w:szCs w:val="24"/>
        </w:rPr>
        <w:t xml:space="preserve">on behalf of </w:t>
      </w:r>
      <w:r w:rsidRPr="00000A82">
        <w:rPr>
          <w:rFonts w:ascii="BC Sans" w:hAnsi="BC Sans" w:cs="Arial"/>
          <w:iCs/>
          <w:color w:val="EE0000"/>
          <w:sz w:val="24"/>
          <w:szCs w:val="24"/>
        </w:rPr>
        <w:t>[First Nation]</w:t>
      </w:r>
    </w:p>
    <w:p w14:paraId="532C7480" w14:textId="00272B11" w:rsidR="00F130EB" w:rsidRPr="00651D86" w:rsidRDefault="00AD4839">
      <w:pPr>
        <w:rPr>
          <w:rFonts w:ascii="BC Sans" w:hAnsi="BC Sans" w:cs="Arial"/>
          <w:iCs/>
          <w:sz w:val="24"/>
          <w:szCs w:val="24"/>
        </w:rPr>
      </w:pPr>
      <w:r w:rsidRPr="00651D86">
        <w:rPr>
          <w:rFonts w:ascii="BC Sans" w:hAnsi="BC Sans" w:cs="Arial"/>
          <w:iCs/>
          <w:sz w:val="24"/>
          <w:szCs w:val="24"/>
        </w:rPr>
        <w:t xml:space="preserve">Date: </w:t>
      </w:r>
      <w:r w:rsidRPr="00000A82">
        <w:rPr>
          <w:rFonts w:ascii="BC Sans" w:hAnsi="BC Sans" w:cs="Arial"/>
          <w:iCs/>
          <w:color w:val="EE0000"/>
          <w:sz w:val="24"/>
          <w:szCs w:val="24"/>
        </w:rPr>
        <w:t>[</w:t>
      </w:r>
      <w:proofErr w:type="spellStart"/>
      <w:r w:rsidRPr="00000A82">
        <w:rPr>
          <w:rFonts w:ascii="BC Sans" w:hAnsi="BC Sans" w:cs="Arial"/>
          <w:iCs/>
          <w:color w:val="EE0000"/>
          <w:sz w:val="24"/>
          <w:szCs w:val="24"/>
        </w:rPr>
        <w:t>yyyy</w:t>
      </w:r>
      <w:proofErr w:type="spellEnd"/>
      <w:r w:rsidRPr="00000A82">
        <w:rPr>
          <w:rFonts w:ascii="BC Sans" w:hAnsi="BC Sans" w:cs="Arial"/>
          <w:iCs/>
          <w:color w:val="EE0000"/>
          <w:sz w:val="24"/>
          <w:szCs w:val="24"/>
        </w:rPr>
        <w:t>-mm-dd]</w:t>
      </w:r>
    </w:p>
    <w:p w14:paraId="48BD5761" w14:textId="5A01E8D2" w:rsidR="00130B7B" w:rsidRPr="00000A82" w:rsidRDefault="00000A82" w:rsidP="00000A82">
      <w:pPr>
        <w:spacing w:before="480"/>
        <w:rPr>
          <w:rFonts w:ascii="BC Sans" w:hAnsi="BC Sans" w:cs="Arial"/>
          <w:iCs/>
          <w:sz w:val="24"/>
          <w:szCs w:val="24"/>
        </w:rPr>
      </w:pPr>
      <w:r w:rsidRPr="00651D86">
        <w:rPr>
          <w:rFonts w:ascii="BC Sans" w:hAnsi="BC Sans" w:cs="Arial"/>
          <w:iCs/>
          <w:sz w:val="24"/>
          <w:szCs w:val="24"/>
        </w:rPr>
        <w:t>Signature</w:t>
      </w:r>
      <w:r w:rsidRPr="00000A82">
        <w:rPr>
          <w:rFonts w:ascii="BC Sans" w:hAnsi="BC Sans" w:cs="Arial"/>
          <w:iCs/>
          <w:sz w:val="24"/>
          <w:szCs w:val="24"/>
        </w:rPr>
        <w:t>: _</w:t>
      </w:r>
      <w:r w:rsidR="007232A4" w:rsidRPr="00651D86">
        <w:rPr>
          <w:rFonts w:ascii="BC Sans" w:hAnsi="BC Sans" w:cs="Arial"/>
          <w:iCs/>
          <w:sz w:val="24"/>
          <w:szCs w:val="24"/>
          <w:u w:val="single"/>
        </w:rPr>
        <w:t>__________________________________</w:t>
      </w:r>
      <w:r w:rsidRPr="00000A82">
        <w:rPr>
          <w:rFonts w:ascii="BC Sans" w:hAnsi="BC Sans" w:cs="Arial"/>
          <w:iCs/>
          <w:color w:val="0000FF"/>
          <w:sz w:val="24"/>
          <w:szCs w:val="24"/>
          <w:u w:val="single"/>
        </w:rPr>
        <w:t xml:space="preserve"> </w:t>
      </w:r>
      <w:r w:rsidRPr="00000A82">
        <w:rPr>
          <w:rFonts w:ascii="BC Sans" w:hAnsi="BC Sans" w:cs="Arial"/>
          <w:iCs/>
          <w:color w:val="EE0000"/>
          <w:sz w:val="24"/>
          <w:szCs w:val="24"/>
        </w:rPr>
        <w:t>[Sign here]</w:t>
      </w:r>
    </w:p>
    <w:p w14:paraId="61BFDF8D" w14:textId="6102C6DA" w:rsidR="00F130EB" w:rsidRPr="00651D86" w:rsidRDefault="00AD4839" w:rsidP="007232A4">
      <w:pPr>
        <w:pStyle w:val="Heading2"/>
        <w:rPr>
          <w:rFonts w:ascii="BC Sans" w:hAnsi="BC Sans" w:cstheme="majorBidi"/>
          <w:b w:val="0"/>
          <w:bCs w:val="0"/>
          <w:color w:val="0F4761"/>
          <w:kern w:val="2"/>
          <w:sz w:val="40"/>
          <w:szCs w:val="40"/>
          <w:lang w:val="en-CA"/>
          <w14:ligatures w14:val="standardContextual"/>
        </w:rPr>
      </w:pPr>
      <w:r w:rsidRPr="00651D86">
        <w:rPr>
          <w:rFonts w:ascii="BC Sans" w:hAnsi="BC Sans" w:cstheme="majorBidi"/>
          <w:b w:val="0"/>
          <w:bCs w:val="0"/>
          <w:color w:val="0F4761"/>
          <w:kern w:val="2"/>
          <w:sz w:val="40"/>
          <w:szCs w:val="40"/>
          <w:lang w:val="en-CA"/>
          <w14:ligatures w14:val="standardContextual"/>
        </w:rPr>
        <w:lastRenderedPageBreak/>
        <w:t>Appendices (as applicable)</w:t>
      </w:r>
    </w:p>
    <w:p w14:paraId="5F307194" w14:textId="585FCCB4" w:rsidR="005916C9" w:rsidRPr="00000A82" w:rsidRDefault="005916C9" w:rsidP="005916C9">
      <w:pPr>
        <w:rPr>
          <w:rFonts w:ascii="BC Sans" w:hAnsi="BC Sans" w:cs="Arial"/>
          <w:iCs/>
          <w:color w:val="EE0000"/>
          <w:sz w:val="24"/>
          <w:szCs w:val="24"/>
        </w:rPr>
      </w:pPr>
      <w:r w:rsidRPr="00000A82">
        <w:rPr>
          <w:rFonts w:ascii="BC Sans" w:hAnsi="BC Sans" w:cs="Arial"/>
          <w:iCs/>
          <w:color w:val="EE0000"/>
          <w:sz w:val="24"/>
          <w:szCs w:val="24"/>
        </w:rPr>
        <w:t xml:space="preserve">[Note: Use clear, plain language. Avoid references to specific statutes or sections. </w:t>
      </w:r>
      <w:r w:rsidR="00F04417" w:rsidRPr="00000A82">
        <w:rPr>
          <w:rFonts w:ascii="BC Sans" w:hAnsi="BC Sans" w:cs="Arial"/>
          <w:iCs/>
          <w:color w:val="EE0000"/>
          <w:sz w:val="24"/>
          <w:szCs w:val="24"/>
          <w:lang w:val="en-CA"/>
        </w:rPr>
        <w:t xml:space="preserve">Where </w:t>
      </w:r>
      <w:r w:rsidR="000666AD" w:rsidRPr="00000A82">
        <w:rPr>
          <w:rFonts w:ascii="BC Sans" w:hAnsi="BC Sans" w:cs="Arial"/>
          <w:iCs/>
          <w:color w:val="EE0000"/>
          <w:sz w:val="24"/>
          <w:szCs w:val="24"/>
          <w:lang w:val="en-CA"/>
        </w:rPr>
        <w:t xml:space="preserve">a </w:t>
      </w:r>
      <w:r w:rsidR="00AE2B38" w:rsidRPr="00000A82">
        <w:rPr>
          <w:rFonts w:ascii="BC Sans" w:hAnsi="BC Sans" w:cs="Arial"/>
          <w:iCs/>
          <w:color w:val="EE0000"/>
          <w:sz w:val="24"/>
          <w:szCs w:val="24"/>
          <w:lang w:val="en-CA"/>
        </w:rPr>
        <w:t>First Nation</w:t>
      </w:r>
      <w:r w:rsidR="00F04417" w:rsidRPr="00000A82">
        <w:rPr>
          <w:rFonts w:ascii="BC Sans" w:hAnsi="BC Sans" w:cs="Arial"/>
          <w:iCs/>
          <w:color w:val="EE0000"/>
          <w:sz w:val="24"/>
          <w:szCs w:val="24"/>
          <w:lang w:val="en-CA"/>
        </w:rPr>
        <w:t xml:space="preserve"> exercise</w:t>
      </w:r>
      <w:r w:rsidR="000666AD" w:rsidRPr="00000A82">
        <w:rPr>
          <w:rFonts w:ascii="BC Sans" w:hAnsi="BC Sans" w:cs="Arial"/>
          <w:iCs/>
          <w:color w:val="EE0000"/>
          <w:sz w:val="24"/>
          <w:szCs w:val="24"/>
          <w:lang w:val="en-CA"/>
        </w:rPr>
        <w:t>s</w:t>
      </w:r>
      <w:r w:rsidR="00F04417" w:rsidRPr="00000A82">
        <w:rPr>
          <w:rFonts w:ascii="BC Sans" w:hAnsi="BC Sans" w:cs="Arial"/>
          <w:iCs/>
          <w:color w:val="EE0000"/>
          <w:sz w:val="24"/>
          <w:szCs w:val="24"/>
          <w:lang w:val="en-CA"/>
        </w:rPr>
        <w:t xml:space="preserve"> authority pursuant to treaty and </w:t>
      </w:r>
      <w:r w:rsidR="007625FA" w:rsidRPr="00000A82">
        <w:rPr>
          <w:rFonts w:ascii="BC Sans" w:hAnsi="BC Sans" w:cs="Arial"/>
          <w:iCs/>
          <w:color w:val="EE0000"/>
          <w:sz w:val="24"/>
          <w:szCs w:val="24"/>
          <w:lang w:val="en-CA"/>
        </w:rPr>
        <w:t xml:space="preserve">their </w:t>
      </w:r>
      <w:r w:rsidR="00F04417" w:rsidRPr="00000A82">
        <w:rPr>
          <w:rFonts w:ascii="BC Sans" w:hAnsi="BC Sans" w:cs="Arial"/>
          <w:iCs/>
          <w:color w:val="EE0000"/>
          <w:sz w:val="24"/>
          <w:szCs w:val="24"/>
          <w:lang w:val="en-CA"/>
        </w:rPr>
        <w:t>Nation</w:t>
      </w:r>
      <w:r w:rsidR="007625FA" w:rsidRPr="00000A82">
        <w:rPr>
          <w:rFonts w:ascii="BC Sans" w:hAnsi="BC Sans" w:cs="Arial"/>
          <w:iCs/>
          <w:color w:val="EE0000"/>
          <w:sz w:val="24"/>
          <w:szCs w:val="24"/>
          <w:lang w:val="en-CA"/>
        </w:rPr>
        <w:t>’s</w:t>
      </w:r>
      <w:r w:rsidR="00F04417" w:rsidRPr="00000A82">
        <w:rPr>
          <w:rFonts w:ascii="BC Sans" w:hAnsi="BC Sans" w:cs="Arial"/>
          <w:iCs/>
          <w:color w:val="EE0000"/>
          <w:sz w:val="24"/>
          <w:szCs w:val="24"/>
          <w:lang w:val="en-CA"/>
        </w:rPr>
        <w:t xml:space="preserve"> laws, they may include separate documentation or references as appropriate</w:t>
      </w:r>
      <w:r w:rsidRPr="00000A82">
        <w:rPr>
          <w:rFonts w:ascii="BC Sans" w:hAnsi="BC Sans" w:cs="Arial"/>
          <w:iCs/>
          <w:color w:val="EE0000"/>
          <w:sz w:val="24"/>
          <w:szCs w:val="24"/>
        </w:rPr>
        <w:t>.]</w:t>
      </w:r>
    </w:p>
    <w:p w14:paraId="18F01F55" w14:textId="4FC9C629" w:rsidR="00F130EB" w:rsidRPr="00000A82" w:rsidRDefault="00AD4839" w:rsidP="00651D86">
      <w:pPr>
        <w:pStyle w:val="ListParagraph"/>
        <w:numPr>
          <w:ilvl w:val="0"/>
          <w:numId w:val="12"/>
        </w:numPr>
        <w:rPr>
          <w:rFonts w:ascii="BC Sans" w:hAnsi="BC Sans" w:cs="Arial"/>
          <w:color w:val="EE0000"/>
          <w:sz w:val="24"/>
          <w:szCs w:val="24"/>
        </w:rPr>
      </w:pPr>
      <w:r w:rsidRPr="00000A82">
        <w:rPr>
          <w:rFonts w:ascii="BC Sans" w:hAnsi="BC Sans" w:cs="Arial"/>
          <w:color w:val="EE0000"/>
          <w:sz w:val="24"/>
          <w:szCs w:val="24"/>
        </w:rPr>
        <w:t>Appendix A – Map of the affected area</w:t>
      </w:r>
    </w:p>
    <w:p w14:paraId="31DD5AF4" w14:textId="6657A172" w:rsidR="005916C9" w:rsidRPr="00000A82" w:rsidRDefault="00AD4839" w:rsidP="00000A82">
      <w:pPr>
        <w:pStyle w:val="ListParagraph"/>
        <w:numPr>
          <w:ilvl w:val="0"/>
          <w:numId w:val="12"/>
        </w:numPr>
        <w:rPr>
          <w:rFonts w:ascii="BC Sans" w:hAnsi="BC Sans" w:cs="Arial"/>
          <w:color w:val="EE0000"/>
          <w:sz w:val="24"/>
          <w:szCs w:val="24"/>
        </w:rPr>
      </w:pPr>
      <w:r w:rsidRPr="00000A82">
        <w:rPr>
          <w:rFonts w:ascii="BC Sans" w:hAnsi="BC Sans" w:cs="Arial"/>
          <w:color w:val="EE0000"/>
          <w:sz w:val="24"/>
          <w:szCs w:val="24"/>
        </w:rPr>
        <w:t>Appendix B – Public notices/advisories</w:t>
      </w:r>
      <w:r w:rsidR="00024029" w:rsidRPr="00000A82">
        <w:rPr>
          <w:rFonts w:ascii="BC Sans" w:hAnsi="BC Sans" w:cs="Arial"/>
          <w:color w:val="EE0000"/>
          <w:sz w:val="24"/>
          <w:szCs w:val="24"/>
        </w:rPr>
        <w:t>/orders</w:t>
      </w:r>
      <w:r w:rsidRPr="00000A82">
        <w:rPr>
          <w:rFonts w:ascii="BC Sans" w:hAnsi="BC Sans" w:cs="Arial"/>
          <w:color w:val="EE0000"/>
          <w:sz w:val="24"/>
          <w:szCs w:val="24"/>
        </w:rPr>
        <w:t xml:space="preserve"> (e.g., Evacuation Alert/Order, Shelter-in-Place Advisory)</w:t>
      </w:r>
    </w:p>
    <w:sectPr w:rsidR="005916C9" w:rsidRPr="00000A82" w:rsidSect="00034616"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801AE" w14:textId="77777777" w:rsidR="00586A78" w:rsidRDefault="00586A78" w:rsidP="00A37136">
      <w:pPr>
        <w:spacing w:after="0" w:line="240" w:lineRule="auto"/>
      </w:pPr>
      <w:r>
        <w:separator/>
      </w:r>
    </w:p>
  </w:endnote>
  <w:endnote w:type="continuationSeparator" w:id="0">
    <w:p w14:paraId="38B3A8A7" w14:textId="77777777" w:rsidR="00586A78" w:rsidRDefault="00586A78" w:rsidP="00A37136">
      <w:pPr>
        <w:spacing w:after="0" w:line="240" w:lineRule="auto"/>
      </w:pPr>
      <w:r>
        <w:continuationSeparator/>
      </w:r>
    </w:p>
  </w:endnote>
  <w:endnote w:type="continuationNotice" w:id="1">
    <w:p w14:paraId="14E3AFCD" w14:textId="77777777" w:rsidR="00586A78" w:rsidRDefault="00586A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C Sans">
    <w:panose1 w:val="00000000000000000000"/>
    <w:charset w:val="00"/>
    <w:family w:val="auto"/>
    <w:pitch w:val="variable"/>
    <w:sig w:usb0="E00002FF" w:usb1="4000001B" w:usb2="08002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A3DBB" w14:textId="6722030C" w:rsidR="00A37136" w:rsidRPr="00651D86" w:rsidRDefault="00651D86" w:rsidP="00651D86">
    <w:pPr>
      <w:pStyle w:val="Footer"/>
      <w:jc w:val="right"/>
      <w:rPr>
        <w:rFonts w:ascii="BC Sans" w:hAnsi="BC Sans"/>
      </w:rPr>
    </w:pPr>
    <w:r w:rsidRPr="00DA74FB">
      <w:rPr>
        <w:rFonts w:ascii="BC Sans" w:hAnsi="BC Sans"/>
      </w:rPr>
      <w:t xml:space="preserve">Version: </w:t>
    </w:r>
    <w:r>
      <w:rPr>
        <w:rFonts w:ascii="BC Sans" w:hAnsi="BC Sans"/>
      </w:rPr>
      <w:t>July 2026</w:t>
    </w:r>
    <w:r w:rsidRPr="00DA74FB">
      <w:rPr>
        <w:rFonts w:ascii="BC Sans" w:hAnsi="BC Sans"/>
      </w:rPr>
      <w:t xml:space="preserve"> </w:t>
    </w:r>
    <w:r w:rsidRPr="00DA74FB">
      <w:rPr>
        <w:rFonts w:ascii="BC Sans" w:hAnsi="BC Sans"/>
      </w:rPr>
      <w:tab/>
    </w:r>
    <w:r w:rsidRPr="00DA74FB">
      <w:rPr>
        <w:rFonts w:ascii="BC Sans" w:hAnsi="BC Sans"/>
      </w:rPr>
      <w:tab/>
      <w:t xml:space="preserve">Page </w:t>
    </w:r>
    <w:r w:rsidRPr="00DA74FB">
      <w:rPr>
        <w:rFonts w:ascii="BC Sans" w:hAnsi="BC Sans"/>
      </w:rPr>
      <w:fldChar w:fldCharType="begin"/>
    </w:r>
    <w:r w:rsidRPr="00DA74FB">
      <w:rPr>
        <w:rFonts w:ascii="BC Sans" w:hAnsi="BC Sans"/>
      </w:rPr>
      <w:instrText xml:space="preserve"> PAGE </w:instrText>
    </w:r>
    <w:r w:rsidRPr="00DA74FB">
      <w:rPr>
        <w:rFonts w:ascii="BC Sans" w:hAnsi="BC Sans"/>
      </w:rPr>
      <w:fldChar w:fldCharType="separate"/>
    </w:r>
    <w:r>
      <w:rPr>
        <w:rFonts w:ascii="BC Sans" w:hAnsi="BC Sans"/>
      </w:rPr>
      <w:t>1</w:t>
    </w:r>
    <w:r w:rsidRPr="00DA74FB">
      <w:rPr>
        <w:rFonts w:ascii="BC Sans" w:hAnsi="BC Sans"/>
      </w:rPr>
      <w:fldChar w:fldCharType="end"/>
    </w:r>
    <w:r w:rsidRPr="00DA74FB">
      <w:rPr>
        <w:rFonts w:ascii="BC Sans" w:hAnsi="BC Sans"/>
      </w:rPr>
      <w:t xml:space="preserve"> of </w:t>
    </w:r>
    <w:r w:rsidRPr="00DA74FB">
      <w:rPr>
        <w:rFonts w:ascii="BC Sans" w:hAnsi="BC Sans"/>
      </w:rPr>
      <w:fldChar w:fldCharType="begin"/>
    </w:r>
    <w:r w:rsidRPr="00DA74FB">
      <w:rPr>
        <w:rFonts w:ascii="BC Sans" w:hAnsi="BC Sans"/>
      </w:rPr>
      <w:instrText xml:space="preserve"> NUMPAGES </w:instrText>
    </w:r>
    <w:r w:rsidRPr="00DA74FB">
      <w:rPr>
        <w:rFonts w:ascii="BC Sans" w:hAnsi="BC Sans"/>
      </w:rPr>
      <w:fldChar w:fldCharType="separate"/>
    </w:r>
    <w:r>
      <w:rPr>
        <w:rFonts w:ascii="BC Sans" w:hAnsi="BC Sans"/>
      </w:rPr>
      <w:t>2</w:t>
    </w:r>
    <w:r w:rsidRPr="00DA74FB">
      <w:rPr>
        <w:rFonts w:ascii="BC Sans" w:hAnsi="BC San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0604D" w14:textId="77777777" w:rsidR="00586A78" w:rsidRDefault="00586A78" w:rsidP="00A37136">
      <w:pPr>
        <w:spacing w:after="0" w:line="240" w:lineRule="auto"/>
      </w:pPr>
      <w:r>
        <w:separator/>
      </w:r>
    </w:p>
  </w:footnote>
  <w:footnote w:type="continuationSeparator" w:id="0">
    <w:p w14:paraId="1CD1F1D6" w14:textId="77777777" w:rsidR="00586A78" w:rsidRDefault="00586A78" w:rsidP="00A37136">
      <w:pPr>
        <w:spacing w:after="0" w:line="240" w:lineRule="auto"/>
      </w:pPr>
      <w:r>
        <w:continuationSeparator/>
      </w:r>
    </w:p>
  </w:footnote>
  <w:footnote w:type="continuationNotice" w:id="1">
    <w:p w14:paraId="10BB649A" w14:textId="77777777" w:rsidR="00586A78" w:rsidRDefault="00586A7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2E2220F"/>
    <w:multiLevelType w:val="hybridMultilevel"/>
    <w:tmpl w:val="B57E5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C6D1E"/>
    <w:multiLevelType w:val="hybridMultilevel"/>
    <w:tmpl w:val="C9C2B99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89B23F9"/>
    <w:multiLevelType w:val="hybridMultilevel"/>
    <w:tmpl w:val="7EA8968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6E4DF8"/>
    <w:multiLevelType w:val="multilevel"/>
    <w:tmpl w:val="D8B05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8772840">
    <w:abstractNumId w:val="8"/>
  </w:num>
  <w:num w:numId="2" w16cid:durableId="1251499092">
    <w:abstractNumId w:val="6"/>
  </w:num>
  <w:num w:numId="3" w16cid:durableId="1530871019">
    <w:abstractNumId w:val="5"/>
  </w:num>
  <w:num w:numId="4" w16cid:durableId="828525280">
    <w:abstractNumId w:val="4"/>
  </w:num>
  <w:num w:numId="5" w16cid:durableId="2107114415">
    <w:abstractNumId w:val="7"/>
  </w:num>
  <w:num w:numId="6" w16cid:durableId="1161771518">
    <w:abstractNumId w:val="3"/>
  </w:num>
  <w:num w:numId="7" w16cid:durableId="443961687">
    <w:abstractNumId w:val="2"/>
  </w:num>
  <w:num w:numId="8" w16cid:durableId="1691565503">
    <w:abstractNumId w:val="1"/>
  </w:num>
  <w:num w:numId="9" w16cid:durableId="1025979737">
    <w:abstractNumId w:val="0"/>
  </w:num>
  <w:num w:numId="10" w16cid:durableId="672338721">
    <w:abstractNumId w:val="12"/>
  </w:num>
  <w:num w:numId="11" w16cid:durableId="870537368">
    <w:abstractNumId w:val="9"/>
  </w:num>
  <w:num w:numId="12" w16cid:durableId="1066100755">
    <w:abstractNumId w:val="11"/>
  </w:num>
  <w:num w:numId="13" w16cid:durableId="5266024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A82"/>
    <w:rsid w:val="00024029"/>
    <w:rsid w:val="000303F4"/>
    <w:rsid w:val="00034616"/>
    <w:rsid w:val="0003488C"/>
    <w:rsid w:val="0006063C"/>
    <w:rsid w:val="000666AD"/>
    <w:rsid w:val="000703B0"/>
    <w:rsid w:val="000822E5"/>
    <w:rsid w:val="000B400E"/>
    <w:rsid w:val="000D624A"/>
    <w:rsid w:val="000F1D01"/>
    <w:rsid w:val="000F6DDA"/>
    <w:rsid w:val="00121A08"/>
    <w:rsid w:val="00130B7B"/>
    <w:rsid w:val="00141CDA"/>
    <w:rsid w:val="0015074B"/>
    <w:rsid w:val="00156612"/>
    <w:rsid w:val="0016274D"/>
    <w:rsid w:val="0019611D"/>
    <w:rsid w:val="001A583D"/>
    <w:rsid w:val="001C3644"/>
    <w:rsid w:val="001C3EAD"/>
    <w:rsid w:val="001E7FE3"/>
    <w:rsid w:val="002530E6"/>
    <w:rsid w:val="00282370"/>
    <w:rsid w:val="00294732"/>
    <w:rsid w:val="0029639D"/>
    <w:rsid w:val="002B05FE"/>
    <w:rsid w:val="002C4D2D"/>
    <w:rsid w:val="002F643B"/>
    <w:rsid w:val="00321498"/>
    <w:rsid w:val="00322106"/>
    <w:rsid w:val="00326F90"/>
    <w:rsid w:val="00367473"/>
    <w:rsid w:val="003810FE"/>
    <w:rsid w:val="003870CB"/>
    <w:rsid w:val="003977C9"/>
    <w:rsid w:val="003B581C"/>
    <w:rsid w:val="003C06F5"/>
    <w:rsid w:val="003C7287"/>
    <w:rsid w:val="003E1C1C"/>
    <w:rsid w:val="004009E1"/>
    <w:rsid w:val="00410F1D"/>
    <w:rsid w:val="0041369E"/>
    <w:rsid w:val="00415AF5"/>
    <w:rsid w:val="00430AC8"/>
    <w:rsid w:val="00475F55"/>
    <w:rsid w:val="00482BF8"/>
    <w:rsid w:val="00486BE3"/>
    <w:rsid w:val="004935CE"/>
    <w:rsid w:val="004A26D5"/>
    <w:rsid w:val="004C2DFD"/>
    <w:rsid w:val="004C6C4A"/>
    <w:rsid w:val="004E6961"/>
    <w:rsid w:val="004F59D8"/>
    <w:rsid w:val="00503040"/>
    <w:rsid w:val="00504EC6"/>
    <w:rsid w:val="00544764"/>
    <w:rsid w:val="00544F9C"/>
    <w:rsid w:val="00554458"/>
    <w:rsid w:val="005640E7"/>
    <w:rsid w:val="00586A78"/>
    <w:rsid w:val="005916C9"/>
    <w:rsid w:val="0059395F"/>
    <w:rsid w:val="00596041"/>
    <w:rsid w:val="00596DEC"/>
    <w:rsid w:val="005C4B19"/>
    <w:rsid w:val="005D167A"/>
    <w:rsid w:val="005F6194"/>
    <w:rsid w:val="006059D5"/>
    <w:rsid w:val="00606EB5"/>
    <w:rsid w:val="0063779F"/>
    <w:rsid w:val="00651D86"/>
    <w:rsid w:val="0065417A"/>
    <w:rsid w:val="00654361"/>
    <w:rsid w:val="006B39B2"/>
    <w:rsid w:val="006C45B5"/>
    <w:rsid w:val="006F2319"/>
    <w:rsid w:val="006F5C74"/>
    <w:rsid w:val="00714AC9"/>
    <w:rsid w:val="0071763C"/>
    <w:rsid w:val="00721FCB"/>
    <w:rsid w:val="007232A4"/>
    <w:rsid w:val="007234D3"/>
    <w:rsid w:val="0073047A"/>
    <w:rsid w:val="00735C82"/>
    <w:rsid w:val="00740CBB"/>
    <w:rsid w:val="00741D5B"/>
    <w:rsid w:val="007625FA"/>
    <w:rsid w:val="007A3AE8"/>
    <w:rsid w:val="007A4C7A"/>
    <w:rsid w:val="007B0540"/>
    <w:rsid w:val="007B30C5"/>
    <w:rsid w:val="007B5767"/>
    <w:rsid w:val="007D7BBE"/>
    <w:rsid w:val="00813C49"/>
    <w:rsid w:val="008A0B4F"/>
    <w:rsid w:val="008B22F2"/>
    <w:rsid w:val="008C0135"/>
    <w:rsid w:val="008C1B25"/>
    <w:rsid w:val="008E7A5E"/>
    <w:rsid w:val="0092304E"/>
    <w:rsid w:val="0096137D"/>
    <w:rsid w:val="00971ECE"/>
    <w:rsid w:val="00977B0A"/>
    <w:rsid w:val="009850BD"/>
    <w:rsid w:val="00A063EC"/>
    <w:rsid w:val="00A25D38"/>
    <w:rsid w:val="00A3255A"/>
    <w:rsid w:val="00A338FE"/>
    <w:rsid w:val="00A37136"/>
    <w:rsid w:val="00A526D8"/>
    <w:rsid w:val="00A52A76"/>
    <w:rsid w:val="00A6042D"/>
    <w:rsid w:val="00A9505C"/>
    <w:rsid w:val="00AA1D8D"/>
    <w:rsid w:val="00AB153E"/>
    <w:rsid w:val="00AD0B49"/>
    <w:rsid w:val="00AD4839"/>
    <w:rsid w:val="00AD5EF6"/>
    <w:rsid w:val="00AE2B38"/>
    <w:rsid w:val="00AE449D"/>
    <w:rsid w:val="00AF0898"/>
    <w:rsid w:val="00B47730"/>
    <w:rsid w:val="00B625DF"/>
    <w:rsid w:val="00B93BD7"/>
    <w:rsid w:val="00BA5692"/>
    <w:rsid w:val="00BA5A73"/>
    <w:rsid w:val="00BA5C33"/>
    <w:rsid w:val="00BC19EC"/>
    <w:rsid w:val="00BD4CCF"/>
    <w:rsid w:val="00BF48B3"/>
    <w:rsid w:val="00C25C7B"/>
    <w:rsid w:val="00C27B98"/>
    <w:rsid w:val="00C32FC5"/>
    <w:rsid w:val="00C54CE3"/>
    <w:rsid w:val="00C733FC"/>
    <w:rsid w:val="00C87339"/>
    <w:rsid w:val="00CA7420"/>
    <w:rsid w:val="00CB0664"/>
    <w:rsid w:val="00CC26F3"/>
    <w:rsid w:val="00D10B56"/>
    <w:rsid w:val="00D110EC"/>
    <w:rsid w:val="00D36744"/>
    <w:rsid w:val="00D37052"/>
    <w:rsid w:val="00D75C28"/>
    <w:rsid w:val="00DD2FD1"/>
    <w:rsid w:val="00DE4631"/>
    <w:rsid w:val="00DF4738"/>
    <w:rsid w:val="00E0349E"/>
    <w:rsid w:val="00E15F23"/>
    <w:rsid w:val="00E2600A"/>
    <w:rsid w:val="00E51927"/>
    <w:rsid w:val="00E72F71"/>
    <w:rsid w:val="00E82D2C"/>
    <w:rsid w:val="00EA0081"/>
    <w:rsid w:val="00EA35C9"/>
    <w:rsid w:val="00EB384D"/>
    <w:rsid w:val="00EB76E6"/>
    <w:rsid w:val="00ED27C4"/>
    <w:rsid w:val="00ED730C"/>
    <w:rsid w:val="00EF7B61"/>
    <w:rsid w:val="00F04417"/>
    <w:rsid w:val="00F130EB"/>
    <w:rsid w:val="00F27EF4"/>
    <w:rsid w:val="00F36069"/>
    <w:rsid w:val="00F41A81"/>
    <w:rsid w:val="00F84418"/>
    <w:rsid w:val="00F97648"/>
    <w:rsid w:val="00FB0D11"/>
    <w:rsid w:val="00FC693F"/>
    <w:rsid w:val="00FD0C27"/>
    <w:rsid w:val="00FD5A9B"/>
    <w:rsid w:val="00FD7815"/>
    <w:rsid w:val="00FE67A4"/>
    <w:rsid w:val="0B1F5BA9"/>
    <w:rsid w:val="3DC88E9B"/>
    <w:rsid w:val="46A673FF"/>
    <w:rsid w:val="70AB6E2D"/>
    <w:rsid w:val="7378C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05B1BA"/>
  <w14:defaultImageDpi w14:val="300"/>
  <w15:docId w15:val="{5AE7445F-CFE0-4B6E-8001-98C4EFC63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32A4"/>
    <w:pPr>
      <w:keepNext/>
      <w:keepLines/>
      <w:spacing w:before="200" w:after="0"/>
      <w:outlineLvl w:val="1"/>
    </w:pPr>
    <w:rPr>
      <w:rFonts w:ascii="Arial" w:eastAsiaTheme="majorEastAsia" w:hAnsi="Arial" w:cs="Arial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232A4"/>
    <w:rPr>
      <w:rFonts w:ascii="Arial" w:eastAsiaTheme="majorEastAsia" w:hAnsi="Arial" w:cs="Arial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D48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48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48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48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4839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A37136"/>
  </w:style>
  <w:style w:type="paragraph" w:styleId="Revision">
    <w:name w:val="Revision"/>
    <w:hidden/>
    <w:uiPriority w:val="99"/>
    <w:semiHidden/>
    <w:rsid w:val="00BA5692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65417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477BB75D85EC43ABAA3B953F99720C" ma:contentTypeVersion="48" ma:contentTypeDescription="Create a new document." ma:contentTypeScope="" ma:versionID="2182c64e243871abca514ccd4929647d">
  <xsd:schema xmlns:xsd="http://www.w3.org/2001/XMLSchema" xmlns:xs="http://www.w3.org/2001/XMLSchema" xmlns:p="http://schemas.microsoft.com/office/2006/metadata/properties" xmlns:ns2="9ab3ec9a-b917-4c57-912a-a9fa619a8d54" xmlns:ns3="6fe9af5a-ed8a-4244-928d-e56d06aad847" targetNamespace="http://schemas.microsoft.com/office/2006/metadata/properties" ma:root="true" ma:fieldsID="f10d74a0889dfe3da7597e189c0bc9fd" ns2:_="" ns3:_="">
    <xsd:import namespace="9ab3ec9a-b917-4c57-912a-a9fa619a8d54"/>
    <xsd:import namespace="6fe9af5a-ed8a-4244-928d-e56d06aad847"/>
    <xsd:element name="properties">
      <xsd:complexType>
        <xsd:sequence>
          <xsd:element name="documentManagement">
            <xsd:complexType>
              <xsd:all>
                <xsd:element ref="ns2:desc" minOccurs="0"/>
                <xsd:element ref="ns2:history" minOccurs="0"/>
                <xsd:element ref="ns2:info" minOccurs="0"/>
                <xsd:element ref="ns2:formAnswers" minOccurs="0"/>
                <xsd:element ref="ns2:otherNumber" minOccurs="0"/>
                <xsd:element ref="ns2:uniqueMinistryId" minOccurs="0"/>
                <xsd:element ref="ns2:subcategory" minOccurs="0"/>
                <xsd:element ref="ns2:parentGuid" minOccurs="0"/>
                <xsd:element ref="ns2:folderName" minOccurs="0"/>
                <xsd:element ref="ns2:due" minOccurs="0"/>
                <xsd:element ref="ns2:createdOn" minOccurs="0"/>
                <xsd:element ref="ns2:completedOn" minOccurs="0"/>
                <xsd:element ref="ns2:whenToArchive" minOccurs="0"/>
                <xsd:element ref="ns2:rush" minOccurs="0"/>
                <xsd:element ref="ns2:blueprintVersion" minOccurs="0"/>
                <xsd:element ref="ns2:pos" minOccurs="0"/>
                <xsd:element ref="ns2:entityType" minOccurs="0"/>
                <xsd:element ref="ns2:branch" minOccurs="0"/>
                <xsd:element ref="ns2:color" minOccurs="0"/>
                <xsd:element ref="ns2:formVersion" minOccurs="0"/>
                <xsd:element ref="ns2:blueprint" minOccurs="0"/>
                <xsd:element ref="ns2:assignedToG" minOccurs="0"/>
                <xsd:element ref="ns2:assignedToGroups" minOccurs="0"/>
                <xsd:element ref="ns2:mediator" minOccurs="0"/>
                <xsd:element ref="ns2:assignedToSiteUser" minOccurs="0"/>
                <xsd:element ref="ns2:colleaguesG" minOccurs="0"/>
                <xsd:element ref="ns2:watchersG" minOccurs="0"/>
                <xsd:element ref="ns2:groupWatcher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documentStringNames" minOccurs="0"/>
                <xsd:element ref="ns2:crossMinistry" minOccurs="0"/>
                <xsd:element ref="ns2:ministr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3ec9a-b917-4c57-912a-a9fa619a8d54" elementFormDefault="qualified">
    <xsd:import namespace="http://schemas.microsoft.com/office/2006/documentManagement/types"/>
    <xsd:import namespace="http://schemas.microsoft.com/office/infopath/2007/PartnerControls"/>
    <xsd:element name="desc" ma:index="8" nillable="true" ma:displayName="desc" ma:internalName="desc">
      <xsd:simpleType>
        <xsd:restriction base="dms:Note">
          <xsd:maxLength value="255"/>
        </xsd:restriction>
      </xsd:simpleType>
    </xsd:element>
    <xsd:element name="history" ma:index="9" nillable="true" ma:displayName="history" ma:internalName="history">
      <xsd:simpleType>
        <xsd:restriction base="dms:Note">
          <xsd:maxLength value="255"/>
        </xsd:restriction>
      </xsd:simpleType>
    </xsd:element>
    <xsd:element name="info" ma:index="10" nillable="true" ma:displayName="info" ma:internalName="info">
      <xsd:simpleType>
        <xsd:restriction base="dms:Note">
          <xsd:maxLength value="255"/>
        </xsd:restriction>
      </xsd:simpleType>
    </xsd:element>
    <xsd:element name="formAnswers" ma:index="11" nillable="true" ma:displayName="formAnswers" ma:internalName="formAnswers">
      <xsd:simpleType>
        <xsd:restriction base="dms:Note">
          <xsd:maxLength value="255"/>
        </xsd:restriction>
      </xsd:simpleType>
    </xsd:element>
    <xsd:element name="otherNumber" ma:index="12" nillable="true" ma:displayName="otherNumber" ma:indexed="true" ma:internalName="otherNumber">
      <xsd:simpleType>
        <xsd:restriction base="dms:Text">
          <xsd:maxLength value="255"/>
        </xsd:restriction>
      </xsd:simpleType>
    </xsd:element>
    <xsd:element name="uniqueMinistryId" ma:index="13" nillable="true" ma:displayName="uniqueMinistryId" ma:indexed="true" ma:internalName="uniqueMinistryId">
      <xsd:simpleType>
        <xsd:restriction base="dms:Text">
          <xsd:maxLength value="255"/>
        </xsd:restriction>
      </xsd:simpleType>
    </xsd:element>
    <xsd:element name="subcategory" ma:index="14" nillable="true" ma:displayName="subcategory" ma:indexed="true" ma:internalName="subcategory">
      <xsd:simpleType>
        <xsd:restriction base="dms:Text">
          <xsd:maxLength value="255"/>
        </xsd:restriction>
      </xsd:simpleType>
    </xsd:element>
    <xsd:element name="parentGuid" ma:index="15" nillable="true" ma:displayName="parentGuid" ma:internalName="parentGuid">
      <xsd:simpleType>
        <xsd:restriction base="dms:Text">
          <xsd:maxLength value="255"/>
        </xsd:restriction>
      </xsd:simpleType>
    </xsd:element>
    <xsd:element name="folderName" ma:index="16" nillable="true" ma:displayName="folderName" ma:internalName="folderName">
      <xsd:simpleType>
        <xsd:restriction base="dms:Text">
          <xsd:maxLength value="255"/>
        </xsd:restriction>
      </xsd:simpleType>
    </xsd:element>
    <xsd:element name="due" ma:index="17" nillable="true" ma:displayName="due" ma:format="DateOnly" ma:internalName="due">
      <xsd:simpleType>
        <xsd:restriction base="dms:DateTime"/>
      </xsd:simpleType>
    </xsd:element>
    <xsd:element name="createdOn" ma:index="18" nillable="true" ma:displayName="createdOn" ma:format="DateOnly" ma:internalName="createdOn">
      <xsd:simpleType>
        <xsd:restriction base="dms:DateTime"/>
      </xsd:simpleType>
    </xsd:element>
    <xsd:element name="completedOn" ma:index="19" nillable="true" ma:displayName="completedOn" ma:format="DateOnly" ma:internalName="completedOn">
      <xsd:simpleType>
        <xsd:restriction base="dms:DateTime"/>
      </xsd:simpleType>
    </xsd:element>
    <xsd:element name="whenToArchive" ma:index="20" nillable="true" ma:displayName="whenToArchive" ma:format="DateOnly" ma:indexed="true" ma:internalName="whenToArchive">
      <xsd:simpleType>
        <xsd:restriction base="dms:DateTime"/>
      </xsd:simpleType>
    </xsd:element>
    <xsd:element name="rush" ma:index="21" nillable="true" ma:displayName="rush" ma:indexed="true" ma:internalName="rush">
      <xsd:simpleType>
        <xsd:restriction base="dms:Number"/>
      </xsd:simpleType>
    </xsd:element>
    <xsd:element name="blueprintVersion" ma:index="22" nillable="true" ma:displayName="blueprintVersion" ma:internalName="blueprintVersion">
      <xsd:simpleType>
        <xsd:restriction base="dms:Number"/>
      </xsd:simpleType>
    </xsd:element>
    <xsd:element name="pos" ma:index="23" nillable="true" ma:displayName="pos" ma:internalName="pos">
      <xsd:simpleType>
        <xsd:restriction base="dms:Number"/>
      </xsd:simpleType>
    </xsd:element>
    <xsd:element name="entityType" ma:index="24" nillable="true" ma:displayName="entityType" ma:indexed="true" ma:internalName="entityType">
      <xsd:simpleType>
        <xsd:restriction base="dms:Number"/>
      </xsd:simpleType>
    </xsd:element>
    <xsd:element name="branch" ma:index="25" nillable="true" ma:displayName="branch" ma:indexed="true" ma:list="{22398C44-67A3-4674-AD04-511FEACE7D0F}" ma:internalName="branch" ma:showField="ID">
      <xsd:simpleType>
        <xsd:restriction base="dms:Lookup"/>
      </xsd:simpleType>
    </xsd:element>
    <xsd:element name="color" ma:index="26" nillable="true" ma:displayName="color" ma:list="{B3B746B2-7247-467A-9F9A-791039112B8C}" ma:internalName="color" ma:showField="ID">
      <xsd:simpleType>
        <xsd:restriction base="dms:Lookup"/>
      </xsd:simpleType>
    </xsd:element>
    <xsd:element name="formVersion" ma:index="27" nillable="true" ma:displayName="formVersion" ma:list="{BF261706-87C6-4441-83A8-9D5AF7AC8548}" ma:internalName="formVersion" ma:showField="ID">
      <xsd:simpleType>
        <xsd:restriction base="dms:Lookup"/>
      </xsd:simpleType>
    </xsd:element>
    <xsd:element name="blueprint" ma:index="28" nillable="true" ma:displayName="blueprint" ma:list="{F4BE805F-DAB4-4628-9BCF-5745BBC9A5AA}" ma:internalName="blueprint" ma:showField="ID">
      <xsd:simpleType>
        <xsd:restriction base="dms:Lookup"/>
      </xsd:simpleType>
    </xsd:element>
    <xsd:element name="assignedToG" ma:index="29" nillable="true" ma:displayName="assignedToG" ma:indexed="true" ma:list="{C8BFF6DD-6C28-4F22-90F9-77385803A830}" ma:internalName="assignedToG" ma:readOnly="false" ma:showField="LinkTitleNoMenu">
      <xsd:simpleType>
        <xsd:restriction base="dms:Lookup"/>
      </xsd:simpleType>
    </xsd:element>
    <xsd:element name="assignedToGroups" ma:index="30" nillable="true" ma:displayName="assignedToGroups" ma:list="UserInfo" ma:SearchPeopleOnly="false" ma:internalName="assignedTo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tor" ma:index="31" nillable="true" ma:displayName="mediator" ma:list="UserInfo" ma:SearchPeopleOnly="false" ma:internalName="media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ssignedToSiteUser" ma:index="32" nillable="true" ma:displayName="assignedToSiteUser" ma:indexed="true" ma:list="UserInfo" ma:internalName="assignedToSiteUs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lleaguesG" ma:index="33" nillable="true" ma:displayName="colleaguesG" ma:list="{C8BFF6DD-6C28-4F22-90F9-77385803A830}" ma:internalName="colleaguesG" ma:readOnly="false" ma:showField="LinkTitleNoMenu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watchersG" ma:index="34" nillable="true" ma:displayName="watchersG" ma:list="{C8BFF6DD-6C28-4F22-90F9-77385803A830}" ma:internalName="watchersG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roupWatchers" ma:index="35" nillable="true" ma:displayName="groupWatchers" ma:list="UserInfo" ma:SearchPeopleOnly="false" ma:internalName="groupWat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3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0" nillable="true" ma:taxonomy="true" ma:internalName="lcf76f155ced4ddcb4097134ff3c332f" ma:taxonomyFieldName="MediaServiceImageTags" ma:displayName="Image Tags" ma:readOnly="false" ma:fieldId="{5cf76f15-5ced-4ddc-b409-7134ff3c332f}" ma:taxonomyMulti="true" ma:sspId="a9b50559-7390-452f-8d4d-780c6c1e43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4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4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9" nillable="true" ma:displayName="MediaLengthInSeconds" ma:hidden="true" ma:internalName="MediaLengthInSeconds" ma:readOnly="true">
      <xsd:simpleType>
        <xsd:restriction base="dms:Unknown"/>
      </xsd:simpleType>
    </xsd:element>
    <xsd:element name="documentStringNames" ma:index="50" nillable="true" ma:displayName="documentStringNames" ma:internalName="documentStringNames">
      <xsd:simpleType>
        <xsd:restriction base="dms:Note">
          <xsd:maxLength value="255"/>
        </xsd:restriction>
      </xsd:simpleType>
    </xsd:element>
    <xsd:element name="crossMinistry" ma:index="51" nillable="true" ma:displayName="crossMinistry" ma:internalName="crossMinistry">
      <xsd:simpleType>
        <xsd:restriction base="dms:Number"/>
      </xsd:simpleType>
    </xsd:element>
    <xsd:element name="ministries" ma:index="52" nillable="true" ma:displayName="ministries" ma:list="{E8535DDF-3CC1-4F0A-9FC3-EDCC4C1918B4}" ma:internalName="ministries" ma:showField="I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9af5a-ed8a-4244-928d-e56d06aad847" elementFormDefault="qualified">
    <xsd:import namespace="http://schemas.microsoft.com/office/2006/documentManagement/types"/>
    <xsd:import namespace="http://schemas.microsoft.com/office/infopath/2007/PartnerControls"/>
    <xsd:element name="TaxCatchAll" ma:index="41" nillable="true" ma:displayName="Taxonomy Catch All Column" ma:hidden="true" ma:list="{66428770-232f-4c77-9a39-a6fce1c18297}" ma:internalName="TaxCatchAll" ma:showField="CatchAllData" ma:web="6fe9af5a-ed8a-4244-928d-e56d06aad8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4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e9af5a-ed8a-4244-928d-e56d06aad847" xsi:nil="true"/>
    <lcf76f155ced4ddcb4097134ff3c332f xmlns="9ab3ec9a-b917-4c57-912a-a9fa619a8d54">
      <Terms xmlns="http://schemas.microsoft.com/office/infopath/2007/PartnerControls"/>
    </lcf76f155ced4ddcb4097134ff3c332f>
    <desc xmlns="9ab3ec9a-b917-4c57-912a-a9fa619a8d54" xsi:nil="true"/>
    <formAnswers xmlns="9ab3ec9a-b917-4c57-912a-a9fa619a8d54" xsi:nil="true"/>
    <completedOn xmlns="9ab3ec9a-b917-4c57-912a-a9fa619a8d54" xsi:nil="true"/>
    <rush xmlns="9ab3ec9a-b917-4c57-912a-a9fa619a8d54" xsi:nil="true"/>
    <uniqueMinistryId xmlns="9ab3ec9a-b917-4c57-912a-a9fa619a8d54" xsi:nil="true"/>
    <watchersG xmlns="9ab3ec9a-b917-4c57-912a-a9fa619a8d54" xsi:nil="true"/>
    <subcategory xmlns="9ab3ec9a-b917-4c57-912a-a9fa619a8d54" xsi:nil="true"/>
    <blueprintVersion xmlns="9ab3ec9a-b917-4c57-912a-a9fa619a8d54" xsi:nil="true"/>
    <assignedToSiteUser xmlns="9ab3ec9a-b917-4c57-912a-a9fa619a8d54">
      <UserInfo>
        <DisplayName/>
        <AccountId xsi:nil="true"/>
        <AccountType/>
      </UserInfo>
    </assignedToSiteUser>
    <colleaguesG xmlns="9ab3ec9a-b917-4c57-912a-a9fa619a8d54" xsi:nil="true"/>
    <documentStringNames xmlns="9ab3ec9a-b917-4c57-912a-a9fa619a8d54" xsi:nil="true"/>
    <folderName xmlns="9ab3ec9a-b917-4c57-912a-a9fa619a8d54" xsi:nil="true"/>
    <whenToArchive xmlns="9ab3ec9a-b917-4c57-912a-a9fa619a8d54" xsi:nil="true"/>
    <groupWatchers xmlns="9ab3ec9a-b917-4c57-912a-a9fa619a8d54">
      <UserInfo>
        <DisplayName/>
        <AccountId xsi:nil="true"/>
        <AccountType/>
      </UserInfo>
    </groupWatchers>
    <color xmlns="9ab3ec9a-b917-4c57-912a-a9fa619a8d54" xsi:nil="true"/>
    <parentGuid xmlns="9ab3ec9a-b917-4c57-912a-a9fa619a8d54" xsi:nil="true"/>
    <crossMinistry xmlns="9ab3ec9a-b917-4c57-912a-a9fa619a8d54" xsi:nil="true"/>
    <formVersion xmlns="9ab3ec9a-b917-4c57-912a-a9fa619a8d54" xsi:nil="true"/>
    <branch xmlns="9ab3ec9a-b917-4c57-912a-a9fa619a8d54" xsi:nil="true"/>
    <assignedToGroups xmlns="9ab3ec9a-b917-4c57-912a-a9fa619a8d54">
      <UserInfo>
        <DisplayName/>
        <AccountId xsi:nil="true"/>
        <AccountType/>
      </UserInfo>
    </assignedToGroups>
    <assignedToG xmlns="9ab3ec9a-b917-4c57-912a-a9fa619a8d54" xsi:nil="true"/>
    <ministries xmlns="9ab3ec9a-b917-4c57-912a-a9fa619a8d54" xsi:nil="true"/>
    <otherNumber xmlns="9ab3ec9a-b917-4c57-912a-a9fa619a8d54" xsi:nil="true"/>
    <history xmlns="9ab3ec9a-b917-4c57-912a-a9fa619a8d54" xsi:nil="true"/>
    <entityType xmlns="9ab3ec9a-b917-4c57-912a-a9fa619a8d54">4</entityType>
    <blueprint xmlns="9ab3ec9a-b917-4c57-912a-a9fa619a8d54" xsi:nil="true"/>
    <info xmlns="9ab3ec9a-b917-4c57-912a-a9fa619a8d54" xsi:nil="true"/>
    <pos xmlns="9ab3ec9a-b917-4c57-912a-a9fa619a8d54">262140</pos>
    <mediator xmlns="9ab3ec9a-b917-4c57-912a-a9fa619a8d54">
      <UserInfo>
        <DisplayName/>
        <AccountId xsi:nil="true"/>
        <AccountType/>
      </UserInfo>
    </mediator>
    <createdOn xmlns="9ab3ec9a-b917-4c57-912a-a9fa619a8d54" xsi:nil="true"/>
    <due xmlns="9ab3ec9a-b917-4c57-912a-a9fa619a8d5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AD8CC42-3BCF-41C5-A753-F7D069FF9C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1D0B17-D901-4ECE-865C-4B33EEC9B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b3ec9a-b917-4c57-912a-a9fa619a8d54"/>
    <ds:schemaRef ds:uri="6fe9af5a-ed8a-4244-928d-e56d06aad8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7999A7-9128-48E8-8B56-F287BBBE4867}">
  <ds:schemaRefs>
    <ds:schemaRef ds:uri="http://schemas.microsoft.com/office/2006/metadata/properties"/>
    <ds:schemaRef ds:uri="http://schemas.microsoft.com/office/infopath/2007/PartnerControls"/>
    <ds:schemaRef ds:uri="6fe9af5a-ed8a-4244-928d-e56d06aad847"/>
    <ds:schemaRef ds:uri="9ab3ec9a-b917-4c57-912a-a9fa619a8d54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Nations SOLE Declaration</dc:title>
  <dc:subject/>
  <dc:creator>python-docx</dc:creator>
  <cp:keywords>SOLE declaration</cp:keywords>
  <dc:description/>
  <cp:lastModifiedBy>Curll, Jenn EMCR:EX</cp:lastModifiedBy>
  <cp:revision>4</cp:revision>
  <dcterms:created xsi:type="dcterms:W3CDTF">2026-07-13T17:29:00Z</dcterms:created>
  <dcterms:modified xsi:type="dcterms:W3CDTF">2026-07-13T18:16:00Z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0x0101003F477BB75D85EC43ABAA3B953F99720C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